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4C84" w14:textId="0E8B9DD0" w:rsidR="004E708E" w:rsidRDefault="00C40BEB">
      <w:pPr>
        <w:spacing w:before="60" w:after="20"/>
        <w:jc w:val="center"/>
        <w:rPr>
          <w:rFonts w:cs="Arial"/>
          <w:b/>
          <w:bCs/>
          <w:color w:val="1F3864"/>
          <w:sz w:val="16"/>
          <w:szCs w:val="16"/>
          <w:lang w:val="fr-FR"/>
        </w:rPr>
      </w:pPr>
      <w:r w:rsidRPr="004E708E">
        <w:rPr>
          <w:noProof/>
        </w:rPr>
        <w:drawing>
          <wp:inline distT="0" distB="0" distL="0" distR="0" wp14:anchorId="1806CD52" wp14:editId="2AAEEF1A">
            <wp:extent cx="5033433" cy="2833502"/>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55978" cy="2846193"/>
                    </a:xfrm>
                    <a:prstGeom prst="rect">
                      <a:avLst/>
                    </a:prstGeom>
                  </pic:spPr>
                </pic:pic>
              </a:graphicData>
            </a:graphic>
          </wp:inline>
        </w:drawing>
      </w:r>
    </w:p>
    <w:p w14:paraId="1D31DD2D" w14:textId="77777777" w:rsidR="00C40BEB" w:rsidRPr="004E708E" w:rsidRDefault="00C40BEB">
      <w:pPr>
        <w:spacing w:before="60" w:after="20"/>
        <w:jc w:val="center"/>
        <w:rPr>
          <w:rFonts w:cs="Arial"/>
          <w:b/>
          <w:bCs/>
          <w:color w:val="1F3864"/>
          <w:sz w:val="16"/>
          <w:szCs w:val="16"/>
          <w:lang w:val="fr-FR"/>
        </w:rPr>
      </w:pPr>
    </w:p>
    <w:p w14:paraId="458A6595" w14:textId="7F701CBC" w:rsidR="006D11FB" w:rsidRPr="00241FDD" w:rsidRDefault="00936D8B">
      <w:pPr>
        <w:spacing w:before="60" w:after="20"/>
        <w:jc w:val="center"/>
        <w:rPr>
          <w:lang w:val="fr-FR"/>
        </w:rPr>
      </w:pPr>
      <w:r>
        <w:rPr>
          <w:rFonts w:cs="Arial"/>
          <w:b/>
          <w:bCs/>
          <w:color w:val="1F3864"/>
          <w:sz w:val="40"/>
          <w:szCs w:val="40"/>
          <w:lang w:val="fr-FR"/>
        </w:rPr>
        <w:t>LES GUSTAVE DE L’INNOVATION</w:t>
      </w:r>
    </w:p>
    <w:p w14:paraId="6967E376" w14:textId="77777777" w:rsidR="006D11FB" w:rsidRPr="00241FDD" w:rsidRDefault="00936D8B">
      <w:pPr>
        <w:spacing w:after="160"/>
        <w:jc w:val="center"/>
        <w:rPr>
          <w:lang w:val="fr-FR"/>
        </w:rPr>
      </w:pPr>
      <w:r>
        <w:rPr>
          <w:rFonts w:cs="Arial"/>
          <w:b/>
          <w:bCs/>
          <w:color w:val="365F91"/>
          <w:sz w:val="24"/>
          <w:szCs w:val="24"/>
          <w:lang w:val="fr-FR"/>
        </w:rPr>
        <w:t>DOSSIER DE CANDIDATURE · 1re ÉDITION</w:t>
      </w:r>
    </w:p>
    <w:p w14:paraId="518E1A01" w14:textId="77777777" w:rsidR="006D11FB" w:rsidRPr="00241FDD" w:rsidRDefault="00936D8B">
      <w:pPr>
        <w:spacing w:after="140"/>
        <w:jc w:val="center"/>
        <w:rPr>
          <w:lang w:val="fr-FR"/>
        </w:rPr>
      </w:pPr>
      <w:r>
        <w:rPr>
          <w:rFonts w:cs="Arial"/>
          <w:b/>
          <w:bCs/>
          <w:i/>
          <w:iCs/>
          <w:color w:val="365F91"/>
          <w:sz w:val="26"/>
          <w:szCs w:val="26"/>
          <w:lang w:val="fr-FR"/>
        </w:rPr>
        <w:t>Et si votre projet partenarial était sous les projecteurs ?</w:t>
      </w:r>
    </w:p>
    <w:p w14:paraId="53888708" w14:textId="77777777" w:rsidR="006D11FB" w:rsidRPr="00241FDD" w:rsidRDefault="00936D8B">
      <w:pPr>
        <w:spacing w:after="120"/>
        <w:jc w:val="both"/>
        <w:rPr>
          <w:lang w:val="fr-FR"/>
        </w:rPr>
      </w:pPr>
      <w:r>
        <w:rPr>
          <w:rFonts w:cs="Arial"/>
          <w:lang w:val="fr-FR"/>
        </w:rPr>
        <w:t xml:space="preserve">Le </w:t>
      </w:r>
      <w:r>
        <w:rPr>
          <w:rFonts w:cs="Arial"/>
          <w:b/>
          <w:bCs/>
          <w:lang w:val="fr-FR"/>
        </w:rPr>
        <w:t>9 décembre, de 18h30 à 23h</w:t>
      </w:r>
      <w:r>
        <w:rPr>
          <w:rFonts w:cs="Arial"/>
          <w:lang w:val="fr-FR"/>
        </w:rPr>
        <w:t xml:space="preserve">, au </w:t>
      </w:r>
      <w:r>
        <w:rPr>
          <w:rFonts w:cs="Arial"/>
          <w:b/>
          <w:bCs/>
          <w:lang w:val="fr-FR"/>
        </w:rPr>
        <w:t>Bâtiment Bienvenüe (campus de Champs-sur-Marne)</w:t>
      </w:r>
      <w:r>
        <w:rPr>
          <w:rFonts w:cs="Arial"/>
          <w:lang w:val="fr-FR"/>
        </w:rPr>
        <w:t>, l’Université Gustave Eiffel célèbre pour la première fois les projets, les équipes et les partenariats qui transforment la recherche en impact</w:t>
      </w:r>
      <w:r w:rsidR="00253987">
        <w:rPr>
          <w:rFonts w:cs="Arial"/>
          <w:lang w:val="fr-FR"/>
        </w:rPr>
        <w:t>s</w:t>
      </w:r>
      <w:r>
        <w:rPr>
          <w:rFonts w:cs="Arial"/>
          <w:lang w:val="fr-FR"/>
        </w:rPr>
        <w:t xml:space="preserve"> concret</w:t>
      </w:r>
      <w:r w:rsidR="00253987">
        <w:rPr>
          <w:rFonts w:cs="Arial"/>
          <w:lang w:val="fr-FR"/>
        </w:rPr>
        <w:t>s</w:t>
      </w:r>
      <w:r>
        <w:rPr>
          <w:rFonts w:cs="Arial"/>
          <w:lang w:val="fr-FR"/>
        </w:rPr>
        <w:t>. Les prix seront remis devant près de 240 acteurs engagés : chercheurs, partenaires industriels, collectivités, fondations et associations, représentants de nos tutelles. Chaque prix incarne une valeur forte de l’université, et chaque lauréat sera mis à l’honneur sur scène.</w:t>
      </w:r>
    </w:p>
    <w:p w14:paraId="37B1229C" w14:textId="77777777" w:rsidR="006D11FB" w:rsidRPr="00241FDD" w:rsidRDefault="00936D8B">
      <w:pPr>
        <w:spacing w:after="100"/>
        <w:jc w:val="both"/>
        <w:rPr>
          <w:lang w:val="fr-FR"/>
        </w:rPr>
      </w:pPr>
      <w:r>
        <w:rPr>
          <w:rFonts w:cs="Arial"/>
          <w:b/>
          <w:bCs/>
          <w:lang w:val="fr-FR"/>
        </w:rPr>
        <w:t xml:space="preserve">Qui peut candidater ? </w:t>
      </w:r>
      <w:r>
        <w:rPr>
          <w:rFonts w:cs="Arial"/>
          <w:lang w:val="fr-FR"/>
        </w:rPr>
        <w:t>Tout projet mené par l’université avec un ou plusieurs partenaires socio-économiques (entreprise, collectivité, association ou fondation), en cours ou récemment achevé, et dont les résultats sont mesurables.</w:t>
      </w:r>
    </w:p>
    <w:p w14:paraId="2189994F" w14:textId="77777777" w:rsidR="006D11FB" w:rsidRPr="00241FDD" w:rsidRDefault="00936D8B">
      <w:pPr>
        <w:spacing w:after="100"/>
        <w:jc w:val="both"/>
        <w:rPr>
          <w:lang w:val="fr-FR"/>
        </w:rPr>
      </w:pPr>
      <w:r>
        <w:rPr>
          <w:rFonts w:cs="Arial"/>
          <w:b/>
          <w:bCs/>
          <w:lang w:val="fr-FR"/>
        </w:rPr>
        <w:t xml:space="preserve">Comment ça marche ? </w:t>
      </w:r>
      <w:r>
        <w:rPr>
          <w:rFonts w:cs="Arial"/>
          <w:lang w:val="fr-FR"/>
        </w:rPr>
        <w:t>Un même projet peut concourir dans plusieurs catégories : vous décrivez le projet une seule fois, puis vous répondez à la question propre à chaque prix visé (section 5).</w:t>
      </w:r>
    </w:p>
    <w:p w14:paraId="36CB2EFC" w14:textId="77777777" w:rsidR="006D11FB" w:rsidRPr="00241FDD" w:rsidRDefault="00936D8B">
      <w:pPr>
        <w:spacing w:after="100"/>
        <w:jc w:val="both"/>
        <w:rPr>
          <w:lang w:val="fr-FR"/>
        </w:rPr>
      </w:pPr>
      <w:r>
        <w:rPr>
          <w:rFonts w:cs="Arial"/>
          <w:b/>
          <w:bCs/>
          <w:lang w:val="fr-FR"/>
        </w:rPr>
        <w:t xml:space="preserve">Et après ? </w:t>
      </w:r>
      <w:r>
        <w:rPr>
          <w:rFonts w:cs="Arial"/>
          <w:lang w:val="fr-FR"/>
        </w:rPr>
        <w:t>Les projets nominés seront présentés dans le Catalogue des innovations de l’université, diffusé auprès de nos partenaires et décideurs tout au long de l’année. C’est pourquoi nous vous demandons de compléter la fiche projet en dernière page.</w:t>
      </w:r>
    </w:p>
    <w:p w14:paraId="2BD657BC" w14:textId="4FB6F937" w:rsidR="006D11FB" w:rsidRDefault="00936D8B">
      <w:pPr>
        <w:spacing w:after="60"/>
        <w:jc w:val="both"/>
        <w:rPr>
          <w:rFonts w:cs="Arial"/>
          <w:lang w:val="fr-FR"/>
        </w:rPr>
      </w:pPr>
      <w:r>
        <w:rPr>
          <w:rFonts w:cs="Arial"/>
          <w:lang w:val="fr-FR"/>
        </w:rPr>
        <w:t xml:space="preserve">À retourner avant </w:t>
      </w:r>
      <w:r w:rsidRPr="000941B4">
        <w:rPr>
          <w:rFonts w:cs="Arial"/>
          <w:b/>
          <w:lang w:val="fr-FR"/>
        </w:rPr>
        <w:t>le</w:t>
      </w:r>
      <w:r w:rsidR="00241FDD" w:rsidRPr="000941B4">
        <w:rPr>
          <w:rFonts w:cs="Arial"/>
          <w:b/>
          <w:lang w:val="fr-FR"/>
        </w:rPr>
        <w:t xml:space="preserve"> </w:t>
      </w:r>
      <w:r w:rsidR="00550C76">
        <w:rPr>
          <w:rFonts w:cs="Arial"/>
          <w:b/>
          <w:lang w:val="fr-FR"/>
        </w:rPr>
        <w:t>06</w:t>
      </w:r>
      <w:r w:rsidR="00241FDD" w:rsidRPr="000941B4">
        <w:rPr>
          <w:rFonts w:cs="Arial"/>
          <w:b/>
          <w:lang w:val="fr-FR"/>
        </w:rPr>
        <w:t>/11/2026</w:t>
      </w:r>
      <w:r>
        <w:rPr>
          <w:rFonts w:cs="Arial"/>
          <w:lang w:val="fr-FR"/>
        </w:rPr>
        <w:t xml:space="preserve"> à </w:t>
      </w:r>
      <w:hyperlink r:id="rId9" w:history="1">
        <w:r w:rsidR="00241FDD" w:rsidRPr="00FF0E74">
          <w:rPr>
            <w:rStyle w:val="Lienhypertexte"/>
            <w:rFonts w:cs="Arial"/>
            <w:lang w:val="fr-FR"/>
          </w:rPr>
          <w:t>marie.tranier@univ-eiffel.fr</w:t>
        </w:r>
      </w:hyperlink>
    </w:p>
    <w:p w14:paraId="1E7D1A44" w14:textId="77777777" w:rsidR="003C17BD" w:rsidRPr="00046DA6" w:rsidRDefault="00B10084">
      <w:pPr>
        <w:pStyle w:val="Titre1"/>
        <w:rPr>
          <w:lang w:val="fr-FR"/>
        </w:rPr>
      </w:pPr>
      <w:r>
        <w:rPr>
          <w:lang w:val="fr-FR"/>
        </w:rPr>
        <w:t>1. IDENTIFICATION DU PROJET</w:t>
      </w:r>
    </w:p>
    <w:p w14:paraId="4065604B" w14:textId="77777777" w:rsidR="003C17BD" w:rsidRPr="00046DA6" w:rsidRDefault="00B10084">
      <w:pPr>
        <w:rPr>
          <w:lang w:val="fr-FR"/>
        </w:rPr>
      </w:pPr>
      <w:r>
        <w:rPr>
          <w:b/>
          <w:lang w:val="fr-FR"/>
        </w:rPr>
        <w:t>Nom du projet / de l’innovation :</w:t>
      </w:r>
    </w:p>
    <w:p w14:paraId="0C2C02ED" w14:textId="77777777" w:rsidR="003C17BD" w:rsidRPr="00046DA6" w:rsidRDefault="00B10084">
      <w:pPr>
        <w:spacing w:after="40"/>
        <w:rPr>
          <w:lang w:val="fr-FR"/>
        </w:rPr>
      </w:pPr>
      <w:r>
        <w:rPr>
          <w:lang w:val="fr-FR"/>
        </w:rPr>
        <w:t>________________________________________________________________________________</w:t>
      </w:r>
    </w:p>
    <w:p w14:paraId="0F79043C" w14:textId="77777777" w:rsidR="003C17BD" w:rsidRPr="00046DA6" w:rsidRDefault="00B10084">
      <w:pPr>
        <w:rPr>
          <w:lang w:val="fr-FR"/>
        </w:rPr>
      </w:pPr>
      <w:r>
        <w:rPr>
          <w:b/>
          <w:lang w:val="fr-FR"/>
        </w:rPr>
        <w:t>Laboratoire / équipe / structure porteuse :</w:t>
      </w:r>
    </w:p>
    <w:p w14:paraId="30A425E0" w14:textId="77777777" w:rsidR="003C17BD" w:rsidRPr="00046DA6" w:rsidRDefault="00B10084">
      <w:pPr>
        <w:spacing w:after="40"/>
        <w:rPr>
          <w:lang w:val="fr-FR"/>
        </w:rPr>
      </w:pPr>
      <w:r>
        <w:rPr>
          <w:lang w:val="fr-FR"/>
        </w:rPr>
        <w:t>________________________________________________________________________________</w:t>
      </w:r>
    </w:p>
    <w:p w14:paraId="244DBF12" w14:textId="77777777" w:rsidR="003C17BD" w:rsidRPr="00046DA6" w:rsidRDefault="00B10084">
      <w:pPr>
        <w:rPr>
          <w:lang w:val="fr-FR"/>
        </w:rPr>
      </w:pPr>
      <w:r>
        <w:rPr>
          <w:b/>
          <w:lang w:val="fr-FR"/>
        </w:rPr>
        <w:t>Partenaire(s) associé(s) :</w:t>
      </w:r>
    </w:p>
    <w:p w14:paraId="55A7CDF6" w14:textId="77777777" w:rsidR="003C17BD" w:rsidRPr="00046DA6" w:rsidRDefault="00B10084">
      <w:pPr>
        <w:spacing w:after="40"/>
        <w:rPr>
          <w:lang w:val="fr-FR"/>
        </w:rPr>
      </w:pPr>
      <w:r>
        <w:rPr>
          <w:lang w:val="fr-FR"/>
        </w:rPr>
        <w:t>________________________________________________________________________________</w:t>
      </w:r>
    </w:p>
    <w:p w14:paraId="21952797" w14:textId="77777777" w:rsidR="003C17BD" w:rsidRPr="00046DA6" w:rsidRDefault="00B10084">
      <w:pPr>
        <w:rPr>
          <w:lang w:val="fr-FR"/>
        </w:rPr>
      </w:pPr>
      <w:r>
        <w:rPr>
          <w:b/>
          <w:lang w:val="fr-FR"/>
        </w:rPr>
        <w:t>Nom et coordonnées du porteur de candidature :</w:t>
      </w:r>
    </w:p>
    <w:p w14:paraId="721CA1CC" w14:textId="77777777" w:rsidR="003C17BD" w:rsidRPr="00046DA6" w:rsidRDefault="00B10084">
      <w:pPr>
        <w:spacing w:after="40"/>
        <w:rPr>
          <w:lang w:val="fr-FR"/>
        </w:rPr>
      </w:pPr>
      <w:r>
        <w:rPr>
          <w:lang w:val="fr-FR"/>
        </w:rPr>
        <w:t>________________________________________________________________________________</w:t>
      </w:r>
    </w:p>
    <w:p w14:paraId="4F77F60F" w14:textId="77777777" w:rsidR="003C17BD" w:rsidRPr="00046DA6" w:rsidRDefault="00B10084">
      <w:pPr>
        <w:pStyle w:val="Titre1"/>
        <w:rPr>
          <w:lang w:val="fr-FR"/>
        </w:rPr>
      </w:pPr>
      <w:r>
        <w:rPr>
          <w:lang w:val="fr-FR"/>
        </w:rPr>
        <w:lastRenderedPageBreak/>
        <w:t>2. LE PROJET EN QUELQUES MOTS</w:t>
      </w:r>
    </w:p>
    <w:p w14:paraId="48278D78" w14:textId="77777777" w:rsidR="003C17BD" w:rsidRPr="00046DA6" w:rsidRDefault="00B10084">
      <w:pPr>
        <w:rPr>
          <w:lang w:val="fr-FR"/>
        </w:rPr>
      </w:pPr>
      <w:r>
        <w:rPr>
          <w:b/>
          <w:lang w:val="fr-FR"/>
        </w:rPr>
        <w:t>En 500 mots maximum, présentez votre projet et le problème auquel il répond.</w:t>
      </w:r>
    </w:p>
    <w:p w14:paraId="1383479D" w14:textId="77777777" w:rsidR="003C17BD" w:rsidRPr="00046DA6" w:rsidRDefault="00B10084">
      <w:pPr>
        <w:spacing w:after="40"/>
        <w:rPr>
          <w:lang w:val="fr-FR"/>
        </w:rPr>
      </w:pPr>
      <w:r>
        <w:rPr>
          <w:lang w:val="fr-FR"/>
        </w:rPr>
        <w:t>________________________________________________________________________________</w:t>
      </w:r>
    </w:p>
    <w:p w14:paraId="2E5F1C11" w14:textId="77777777" w:rsidR="003C17BD" w:rsidRPr="00046DA6" w:rsidRDefault="00B10084">
      <w:pPr>
        <w:spacing w:after="40"/>
        <w:rPr>
          <w:lang w:val="fr-FR"/>
        </w:rPr>
      </w:pPr>
      <w:r>
        <w:rPr>
          <w:lang w:val="fr-FR"/>
        </w:rPr>
        <w:t>________________________________________________________________________________</w:t>
      </w:r>
    </w:p>
    <w:p w14:paraId="11C47D56" w14:textId="77777777" w:rsidR="003C17BD" w:rsidRPr="00046DA6" w:rsidRDefault="00B10084">
      <w:pPr>
        <w:spacing w:after="40"/>
        <w:rPr>
          <w:lang w:val="fr-FR"/>
        </w:rPr>
      </w:pPr>
      <w:r>
        <w:rPr>
          <w:lang w:val="fr-FR"/>
        </w:rPr>
        <w:t>________________________________________________________________________________</w:t>
      </w:r>
    </w:p>
    <w:p w14:paraId="3A0918D2" w14:textId="77777777" w:rsidR="003C17BD" w:rsidRPr="00046DA6" w:rsidRDefault="00B10084">
      <w:pPr>
        <w:spacing w:after="40"/>
        <w:rPr>
          <w:lang w:val="fr-FR"/>
        </w:rPr>
      </w:pPr>
      <w:r>
        <w:rPr>
          <w:lang w:val="fr-FR"/>
        </w:rPr>
        <w:t>________________________________________________________________________________</w:t>
      </w:r>
    </w:p>
    <w:p w14:paraId="0A09FC32" w14:textId="77777777" w:rsidR="003C17BD" w:rsidRPr="00046DA6" w:rsidRDefault="00B10084">
      <w:pPr>
        <w:spacing w:after="40"/>
        <w:rPr>
          <w:lang w:val="fr-FR"/>
        </w:rPr>
      </w:pPr>
      <w:r>
        <w:rPr>
          <w:lang w:val="fr-FR"/>
        </w:rPr>
        <w:t>________________________________________________________________________________</w:t>
      </w:r>
    </w:p>
    <w:p w14:paraId="3C1CBDB7" w14:textId="77777777" w:rsidR="003C17BD" w:rsidRPr="00046DA6" w:rsidRDefault="00B10084">
      <w:pPr>
        <w:rPr>
          <w:lang w:val="fr-FR"/>
        </w:rPr>
      </w:pPr>
      <w:r>
        <w:rPr>
          <w:b/>
          <w:lang w:val="fr-FR"/>
        </w:rPr>
        <w:t>Quels sont aujourd’hui ses principaux résultats, bénéfices ou impacts ?</w:t>
      </w:r>
    </w:p>
    <w:p w14:paraId="35A6EE1F" w14:textId="77777777" w:rsidR="003C17BD" w:rsidRPr="00046DA6" w:rsidRDefault="00B10084">
      <w:pPr>
        <w:spacing w:after="40"/>
        <w:rPr>
          <w:lang w:val="fr-FR"/>
        </w:rPr>
      </w:pPr>
      <w:r>
        <w:rPr>
          <w:lang w:val="fr-FR"/>
        </w:rPr>
        <w:t>________________________________________________________________________________</w:t>
      </w:r>
    </w:p>
    <w:p w14:paraId="6009F087" w14:textId="77777777" w:rsidR="003C17BD" w:rsidRPr="00046DA6" w:rsidRDefault="00B10084">
      <w:pPr>
        <w:spacing w:after="40"/>
        <w:rPr>
          <w:lang w:val="fr-FR"/>
        </w:rPr>
      </w:pPr>
      <w:r>
        <w:rPr>
          <w:lang w:val="fr-FR"/>
        </w:rPr>
        <w:t>________________________________________________________________________________</w:t>
      </w:r>
    </w:p>
    <w:p w14:paraId="785D6001" w14:textId="77777777" w:rsidR="003C17BD" w:rsidRPr="00046DA6" w:rsidRDefault="00826E99">
      <w:pPr>
        <w:pStyle w:val="Titre1"/>
        <w:rPr>
          <w:lang w:val="fr-FR"/>
        </w:rPr>
      </w:pPr>
      <w:r>
        <w:rPr>
          <w:lang w:val="fr-FR"/>
        </w:rPr>
        <w:t>3. LA DIMENSION PARTENARIALE</w:t>
      </w:r>
    </w:p>
    <w:p w14:paraId="3138F4F5" w14:textId="77777777" w:rsidR="003C17BD" w:rsidRPr="00046DA6" w:rsidRDefault="00B10084">
      <w:pPr>
        <w:rPr>
          <w:lang w:val="fr-FR"/>
        </w:rPr>
      </w:pPr>
      <w:r>
        <w:rPr>
          <w:b/>
          <w:lang w:val="fr-FR"/>
        </w:rPr>
        <w:t>Avec quels partenaires avez-vous construit ou développez-vous cette innovation, et quelle est la valeur apportée par cette collaboration ?</w:t>
      </w:r>
    </w:p>
    <w:p w14:paraId="711A38BD" w14:textId="77777777" w:rsidR="003C17BD" w:rsidRPr="00046DA6" w:rsidRDefault="00B10084">
      <w:pPr>
        <w:spacing w:after="40"/>
        <w:rPr>
          <w:lang w:val="fr-FR"/>
        </w:rPr>
      </w:pPr>
      <w:r>
        <w:rPr>
          <w:lang w:val="fr-FR"/>
        </w:rPr>
        <w:t>________________________________________________________________________________</w:t>
      </w:r>
    </w:p>
    <w:p w14:paraId="15FF8D6B" w14:textId="77777777" w:rsidR="003C17BD" w:rsidRDefault="00B10084">
      <w:pPr>
        <w:spacing w:after="40"/>
        <w:rPr>
          <w:lang w:val="fr-FR"/>
        </w:rPr>
      </w:pPr>
      <w:r>
        <w:rPr>
          <w:lang w:val="fr-FR"/>
        </w:rPr>
        <w:t>________________________________________________________________________________</w:t>
      </w:r>
    </w:p>
    <w:p w14:paraId="07E104F0" w14:textId="77777777" w:rsidR="00826E99" w:rsidRDefault="00826E99" w:rsidP="00826E99">
      <w:pPr>
        <w:pStyle w:val="Titre1"/>
        <w:rPr>
          <w:lang w:val="fr-FR"/>
        </w:rPr>
      </w:pPr>
      <w:r>
        <w:rPr>
          <w:lang w:val="fr-FR"/>
        </w:rPr>
        <w:t xml:space="preserve">4. PERSPECTIVES </w:t>
      </w:r>
    </w:p>
    <w:p w14:paraId="5E870E1A" w14:textId="77777777" w:rsidR="00826E99" w:rsidRDefault="00826E99" w:rsidP="00826E99">
      <w:pPr>
        <w:rPr>
          <w:b/>
          <w:lang w:val="fr-FR"/>
        </w:rPr>
      </w:pPr>
      <w:r>
        <w:rPr>
          <w:b/>
          <w:lang w:val="fr-FR"/>
        </w:rPr>
        <w:t xml:space="preserve">Quelles sont les suites envisagées avec ou sans le ou les partenaires ? </w:t>
      </w:r>
    </w:p>
    <w:p w14:paraId="7E34EE02" w14:textId="77777777" w:rsidR="00826E99" w:rsidRPr="00046DA6" w:rsidRDefault="00826E99" w:rsidP="00826E99">
      <w:pPr>
        <w:spacing w:after="40"/>
        <w:rPr>
          <w:lang w:val="fr-FR"/>
        </w:rPr>
      </w:pPr>
      <w:r>
        <w:rPr>
          <w:lang w:val="fr-FR"/>
        </w:rPr>
        <w:t>________________________________________________________________________________</w:t>
      </w:r>
    </w:p>
    <w:p w14:paraId="4F9BB883" w14:textId="77777777" w:rsidR="00826E99" w:rsidRPr="00826E99" w:rsidRDefault="00826E99" w:rsidP="00826E99">
      <w:pPr>
        <w:rPr>
          <w:lang w:val="fr-FR"/>
        </w:rPr>
      </w:pPr>
      <w:r>
        <w:rPr>
          <w:lang w:val="fr-FR"/>
        </w:rPr>
        <w:t>________________________________________________________________________________</w:t>
      </w:r>
    </w:p>
    <w:p w14:paraId="2402681C" w14:textId="77777777" w:rsidR="003C17BD" w:rsidRPr="00046DA6" w:rsidRDefault="00B10084">
      <w:pPr>
        <w:pStyle w:val="Titre1"/>
        <w:rPr>
          <w:lang w:val="fr-FR"/>
        </w:rPr>
      </w:pPr>
      <w:r>
        <w:rPr>
          <w:lang w:val="fr-FR"/>
        </w:rPr>
        <w:t>5. VOTRE / VOS CANDIDATURE(S)</w:t>
      </w:r>
    </w:p>
    <w:p w14:paraId="0B60D0F1" w14:textId="77777777" w:rsidR="003C17BD" w:rsidRPr="00046DA6" w:rsidRDefault="00B10084">
      <w:pPr>
        <w:spacing w:after="40"/>
        <w:rPr>
          <w:lang w:val="fr-FR"/>
        </w:rPr>
      </w:pPr>
      <w:r>
        <w:rPr>
          <w:lang w:val="fr-FR"/>
        </w:rPr>
        <w:t>Cochez le ou les prix auxquels vous souhaitez candidater :</w:t>
      </w:r>
    </w:p>
    <w:p w14:paraId="1C3C6E11" w14:textId="7B1F52BA" w:rsidR="003C17BD" w:rsidRPr="00046DA6" w:rsidRDefault="00654565" w:rsidP="0017515A">
      <w:pPr>
        <w:jc w:val="both"/>
        <w:rPr>
          <w:lang w:val="fr-FR"/>
        </w:rPr>
      </w:pPr>
      <w:sdt>
        <w:sdtPr>
          <w:rPr>
            <w:lang w:val="fr-FR"/>
          </w:rPr>
          <w:id w:val="1749689651"/>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Prix des thèses CIFRE</w:t>
      </w:r>
      <w:r w:rsidR="00933367">
        <w:rPr>
          <w:lang w:val="fr-FR"/>
        </w:rPr>
        <w:t xml:space="preserve"> : </w:t>
      </w:r>
      <w:r w:rsidR="00933367" w:rsidRPr="00933367">
        <w:rPr>
          <w:lang w:val="fr-FR"/>
        </w:rPr>
        <w:t>distingue une thèse réalisée dans le cadre d'une convention CIFRE ayant produit des résultats scientifiques, technologiques ou économiques particulièrement significatifs.</w:t>
      </w:r>
    </w:p>
    <w:p w14:paraId="555744B6" w14:textId="44F357C7" w:rsidR="003C17BD" w:rsidRPr="00933367" w:rsidRDefault="00654565" w:rsidP="0017515A">
      <w:pPr>
        <w:jc w:val="both"/>
        <w:rPr>
          <w:lang w:val="fr-FR"/>
        </w:rPr>
      </w:pPr>
      <w:sdt>
        <w:sdtPr>
          <w:rPr>
            <w:lang w:val="fr-FR"/>
          </w:rPr>
          <w:id w:val="1827704579"/>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Prix de l’innovation au service des politiques publiques</w:t>
      </w:r>
      <w:r w:rsidR="00933367">
        <w:rPr>
          <w:lang w:val="fr-FR"/>
        </w:rPr>
        <w:t xml:space="preserve"> : </w:t>
      </w:r>
      <w:r w:rsidR="00933367" w:rsidRPr="00933367">
        <w:rPr>
          <w:rFonts w:ascii="Segoe UI" w:hAnsi="Segoe UI" w:cs="Segoe UI"/>
          <w:lang w:val="fr-FR"/>
        </w:rPr>
        <w:t>récompense une innovation issue toutes disciplines (autant SHS, Santé que SPI) ayant contribué à l'élaboration, l'évaluation ou la mise en œuvre de politiques publiques.</w:t>
      </w:r>
    </w:p>
    <w:p w14:paraId="0FF3DF59" w14:textId="430D2585" w:rsidR="003C17BD" w:rsidRPr="00933367" w:rsidRDefault="00654565" w:rsidP="0017515A">
      <w:pPr>
        <w:jc w:val="both"/>
        <w:rPr>
          <w:lang w:val="fr-FR"/>
        </w:rPr>
      </w:pPr>
      <w:sdt>
        <w:sdtPr>
          <w:rPr>
            <w:lang w:val="fr-FR"/>
          </w:rPr>
          <w:id w:val="-195168681"/>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Prix Fondation UGE – Adaptation et résilience climatique</w:t>
      </w:r>
      <w:r w:rsidR="00933367">
        <w:rPr>
          <w:b/>
          <w:bCs/>
          <w:lang w:val="fr-FR"/>
        </w:rPr>
        <w:t xml:space="preserve"> : </w:t>
      </w:r>
      <w:r w:rsidR="00933367" w:rsidRPr="00933367">
        <w:rPr>
          <w:rFonts w:ascii="Segoe UI" w:hAnsi="Segoe UI" w:cs="Segoe UI"/>
          <w:lang w:val="fr-FR"/>
        </w:rPr>
        <w:t>récompense un projet emblématique soutenu par la Fondation ou illustrant les valeurs qu'elle porte.</w:t>
      </w:r>
    </w:p>
    <w:p w14:paraId="19CC1C05" w14:textId="4EFC0766" w:rsidR="003C17BD" w:rsidRPr="00933367" w:rsidRDefault="00654565" w:rsidP="0017515A">
      <w:pPr>
        <w:jc w:val="both"/>
        <w:rPr>
          <w:lang w:val="fr-FR"/>
        </w:rPr>
      </w:pPr>
      <w:sdt>
        <w:sdtPr>
          <w:rPr>
            <w:lang w:val="fr-FR"/>
          </w:rPr>
          <w:id w:val="42808171"/>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Prix de l’innovation au service de la société</w:t>
      </w:r>
      <w:r w:rsidR="00933367">
        <w:rPr>
          <w:b/>
          <w:bCs/>
          <w:lang w:val="fr-FR"/>
        </w:rPr>
        <w:t xml:space="preserve"> : </w:t>
      </w:r>
      <w:r w:rsidR="00933367" w:rsidRPr="00933367">
        <w:rPr>
          <w:rFonts w:ascii="Segoe UI" w:hAnsi="Segoe UI" w:cs="Segoe UI"/>
          <w:lang w:val="fr-FR"/>
        </w:rPr>
        <w:t>récompense une innovation toutes disciplines (Sciences Humaines et Sociales, Sciences de la Vie, Sciences Pour l</w:t>
      </w:r>
      <w:r w:rsidR="00933367">
        <w:rPr>
          <w:rFonts w:ascii="Segoe UI" w:hAnsi="Segoe UI" w:cs="Segoe UI"/>
          <w:lang w:val="fr-FR"/>
        </w:rPr>
        <w:t>’</w:t>
      </w:r>
      <w:r w:rsidR="00933367" w:rsidRPr="00933367">
        <w:rPr>
          <w:rFonts w:ascii="Segoe UI" w:hAnsi="Segoe UI" w:cs="Segoe UI"/>
          <w:lang w:val="fr-FR"/>
        </w:rPr>
        <w:t>Ingénieur) ayant un impact sociétal</w:t>
      </w:r>
    </w:p>
    <w:p w14:paraId="465BB89E" w14:textId="74B4F6B1" w:rsidR="003C17BD" w:rsidRPr="00933367" w:rsidRDefault="00654565" w:rsidP="0017515A">
      <w:pPr>
        <w:jc w:val="both"/>
        <w:rPr>
          <w:lang w:val="fr-FR"/>
        </w:rPr>
      </w:pPr>
      <w:sdt>
        <w:sdtPr>
          <w:rPr>
            <w:lang w:val="fr-FR"/>
          </w:rPr>
          <w:id w:val="1009174673"/>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Prix du transfert et de la maturation à fort potentiel</w:t>
      </w:r>
      <w:r w:rsidR="00933367">
        <w:rPr>
          <w:b/>
          <w:bCs/>
          <w:lang w:val="fr-FR"/>
        </w:rPr>
        <w:t xml:space="preserve"> : </w:t>
      </w:r>
      <w:r w:rsidR="00933367" w:rsidRPr="00933367">
        <w:rPr>
          <w:rFonts w:ascii="Segoe UI" w:hAnsi="Segoe UI" w:cs="Segoe UI"/>
          <w:lang w:val="fr-FR"/>
        </w:rPr>
        <w:t>récompense un projet de maturation présentant un fort potentiel de valorisation, de transfert ou de création de valeur.</w:t>
      </w:r>
    </w:p>
    <w:p w14:paraId="47C66635" w14:textId="06DD2E6D" w:rsidR="003C17BD" w:rsidRPr="00933367" w:rsidRDefault="00654565" w:rsidP="0017515A">
      <w:pPr>
        <w:jc w:val="both"/>
        <w:rPr>
          <w:lang w:val="fr-FR"/>
        </w:rPr>
      </w:pPr>
      <w:sdt>
        <w:sdtPr>
          <w:rPr>
            <w:lang w:val="fr-FR"/>
          </w:rPr>
          <w:id w:val="1519960347"/>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Prix de la formation partenariale avec le monde économique et la société civile</w:t>
      </w:r>
      <w:r w:rsidR="00933367">
        <w:rPr>
          <w:b/>
          <w:bCs/>
          <w:lang w:val="fr-FR"/>
        </w:rPr>
        <w:t xml:space="preserve"> : </w:t>
      </w:r>
      <w:r w:rsidR="00933367" w:rsidRPr="00933367">
        <w:rPr>
          <w:rFonts w:ascii="Segoe UI" w:hAnsi="Segoe UI" w:cs="Segoe UI"/>
          <w:lang w:val="fr-FR"/>
        </w:rPr>
        <w:t>récompense les format</w:t>
      </w:r>
      <w:r w:rsidR="0017515A">
        <w:rPr>
          <w:rFonts w:ascii="Segoe UI" w:hAnsi="Segoe UI" w:cs="Segoe UI"/>
          <w:lang w:val="fr-FR"/>
        </w:rPr>
        <w:t>i</w:t>
      </w:r>
      <w:r w:rsidR="00933367" w:rsidRPr="00933367">
        <w:rPr>
          <w:rFonts w:ascii="Segoe UI" w:hAnsi="Segoe UI" w:cs="Segoe UI"/>
          <w:lang w:val="fr-FR"/>
        </w:rPr>
        <w:t>ons développant un lien ou des dispositifs particulièrement significatifs avec le monde économique</w:t>
      </w:r>
    </w:p>
    <w:p w14:paraId="214BCCCF" w14:textId="619D71CA" w:rsidR="003C17BD" w:rsidRPr="00933367" w:rsidRDefault="00654565" w:rsidP="0017515A">
      <w:pPr>
        <w:jc w:val="both"/>
        <w:rPr>
          <w:lang w:val="fr-FR"/>
        </w:rPr>
      </w:pPr>
      <w:sdt>
        <w:sdtPr>
          <w:rPr>
            <w:lang w:val="fr-FR"/>
          </w:rPr>
          <w:id w:val="-671409142"/>
          <w14:checkbox>
            <w14:checked w14:val="0"/>
            <w14:checkedState w14:val="2612" w14:font="MS Gothic"/>
            <w14:uncheckedState w14:val="2610" w14:font="MS Gothic"/>
          </w14:checkbox>
        </w:sdtPr>
        <w:sdtEndPr/>
        <w:sdtContent>
          <w:r w:rsidR="009F05B7">
            <w:rPr>
              <w:rFonts w:ascii="MS Gothic" w:eastAsia="MS Gothic" w:hAnsi="MS Gothic" w:hint="eastAsia"/>
              <w:lang w:val="fr-FR"/>
            </w:rPr>
            <w:t>☐</w:t>
          </w:r>
        </w:sdtContent>
      </w:sdt>
      <w:r w:rsidR="00B10084">
        <w:rPr>
          <w:lang w:val="fr-FR"/>
        </w:rPr>
        <w:t xml:space="preserve"> </w:t>
      </w:r>
      <w:r w:rsidR="00B10084" w:rsidRPr="00933367">
        <w:rPr>
          <w:b/>
          <w:bCs/>
          <w:lang w:val="fr-FR"/>
        </w:rPr>
        <w:t xml:space="preserve">Grand Prix </w:t>
      </w:r>
      <w:r w:rsidR="00933367" w:rsidRPr="00933367">
        <w:rPr>
          <w:b/>
          <w:bCs/>
          <w:lang w:val="fr-FR"/>
        </w:rPr>
        <w:t xml:space="preserve">des thématiques </w:t>
      </w:r>
      <w:r w:rsidR="00B10084" w:rsidRPr="00933367">
        <w:rPr>
          <w:b/>
          <w:bCs/>
          <w:lang w:val="fr-FR"/>
        </w:rPr>
        <w:t>I-SITE FUTURE</w:t>
      </w:r>
      <w:r w:rsidR="00933367">
        <w:rPr>
          <w:b/>
          <w:bCs/>
          <w:lang w:val="fr-FR"/>
        </w:rPr>
        <w:t xml:space="preserve"> </w:t>
      </w:r>
      <w:r w:rsidR="00933367" w:rsidRPr="00933367">
        <w:rPr>
          <w:rFonts w:ascii="Segoe UI" w:hAnsi="Segoe UI" w:cs="Segoe UI"/>
          <w:b/>
          <w:bCs/>
          <w:lang w:val="fr-FR"/>
        </w:rPr>
        <w:t>: Villes Juste et équitable / Ville sûre et résilientes / Villes Sobres et Frugales</w:t>
      </w:r>
      <w:r w:rsidR="00933367" w:rsidRPr="00933367">
        <w:rPr>
          <w:rFonts w:ascii="Segoe UI" w:hAnsi="Segoe UI" w:cs="Segoe UI"/>
          <w:lang w:val="fr-FR"/>
        </w:rPr>
        <w:t xml:space="preserve"> innovation en liens avec les thématiques de </w:t>
      </w:r>
      <w:r w:rsidR="00933367">
        <w:rPr>
          <w:rFonts w:ascii="Segoe UI" w:hAnsi="Segoe UI" w:cs="Segoe UI"/>
          <w:lang w:val="fr-FR"/>
        </w:rPr>
        <w:t>l‘</w:t>
      </w:r>
      <w:r w:rsidR="00933367" w:rsidRPr="00933367">
        <w:rPr>
          <w:rFonts w:ascii="Segoe UI" w:hAnsi="Segoe UI" w:cs="Segoe UI"/>
          <w:lang w:val="fr-FR"/>
        </w:rPr>
        <w:t>i</w:t>
      </w:r>
      <w:r w:rsidR="000239AA">
        <w:rPr>
          <w:rFonts w:ascii="Segoe UI" w:hAnsi="Segoe UI" w:cs="Segoe UI"/>
          <w:lang w:val="fr-FR"/>
        </w:rPr>
        <w:t>-</w:t>
      </w:r>
      <w:r w:rsidR="00933367" w:rsidRPr="00933367">
        <w:rPr>
          <w:rFonts w:ascii="Segoe UI" w:hAnsi="Segoe UI" w:cs="Segoe UI"/>
          <w:lang w:val="fr-FR"/>
        </w:rPr>
        <w:t>Site Future</w:t>
      </w:r>
    </w:p>
    <w:p w14:paraId="18C7090C" w14:textId="77777777" w:rsidR="006D6236" w:rsidRDefault="006D6236">
      <w:pPr>
        <w:rPr>
          <w:b/>
          <w:lang w:val="fr-FR"/>
        </w:rPr>
      </w:pPr>
    </w:p>
    <w:p w14:paraId="5FE24914" w14:textId="77777777" w:rsidR="00222EC3" w:rsidRDefault="00222EC3">
      <w:pPr>
        <w:spacing w:after="200"/>
        <w:rPr>
          <w:b/>
          <w:lang w:val="fr-FR"/>
        </w:rPr>
      </w:pPr>
      <w:r>
        <w:rPr>
          <w:b/>
          <w:lang w:val="fr-FR"/>
        </w:rPr>
        <w:br w:type="page"/>
      </w:r>
    </w:p>
    <w:p w14:paraId="73FCD499" w14:textId="3636658B" w:rsidR="003C17BD" w:rsidRPr="00046DA6" w:rsidRDefault="00B10084">
      <w:pPr>
        <w:rPr>
          <w:lang w:val="fr-FR"/>
        </w:rPr>
      </w:pPr>
      <w:r>
        <w:rPr>
          <w:b/>
          <w:lang w:val="fr-FR"/>
        </w:rPr>
        <w:lastRenderedPageBreak/>
        <w:t>Pour chaque prix coché, répondez uniquement à la question correspondante ci-dessous.</w:t>
      </w:r>
    </w:p>
    <w:p w14:paraId="677EE8BB" w14:textId="77777777" w:rsidR="006D6236" w:rsidRDefault="006D6236">
      <w:pPr>
        <w:spacing w:before="60"/>
        <w:rPr>
          <w:b/>
          <w:lang w:val="fr-FR"/>
        </w:rPr>
      </w:pPr>
    </w:p>
    <w:p w14:paraId="4574E2A6" w14:textId="7C125CCC" w:rsidR="003C17BD" w:rsidRPr="00046DA6" w:rsidRDefault="00B10084">
      <w:pPr>
        <w:spacing w:before="60"/>
        <w:rPr>
          <w:lang w:val="fr-FR"/>
        </w:rPr>
      </w:pPr>
      <w:r>
        <w:rPr>
          <w:b/>
          <w:lang w:val="fr-FR"/>
        </w:rPr>
        <w:t>Prix des thèses CIFRE</w:t>
      </w:r>
    </w:p>
    <w:p w14:paraId="3027D7E4" w14:textId="77777777" w:rsidR="003C17BD" w:rsidRPr="00046DA6" w:rsidRDefault="00B10084" w:rsidP="00222EC3">
      <w:pPr>
        <w:spacing w:after="40"/>
        <w:jc w:val="both"/>
        <w:rPr>
          <w:lang w:val="fr-FR"/>
        </w:rPr>
      </w:pPr>
      <w:r>
        <w:rPr>
          <w:lang w:val="fr-FR"/>
        </w:rPr>
        <w:t>En quoi cette thèse CIFRE produit-elle des résultats ou des connaissances particulièrement innovants, et quelle valeur apporte la collaboration entre le laboratoire et l’entreprise ?</w:t>
      </w:r>
    </w:p>
    <w:p w14:paraId="03921AA7" w14:textId="77777777" w:rsidR="003C17BD" w:rsidRPr="00046DA6" w:rsidRDefault="003C17BD" w:rsidP="00222EC3">
      <w:pPr>
        <w:jc w:val="both"/>
        <w:rPr>
          <w:lang w:val="fr-FR"/>
        </w:rPr>
      </w:pPr>
    </w:p>
    <w:p w14:paraId="17151D76"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2017F277"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51BD745B" w14:textId="77777777" w:rsidR="003C17BD" w:rsidRPr="00046DA6" w:rsidRDefault="00B10084" w:rsidP="00222EC3">
      <w:pPr>
        <w:spacing w:before="60"/>
        <w:jc w:val="both"/>
        <w:rPr>
          <w:lang w:val="fr-FR"/>
        </w:rPr>
      </w:pPr>
      <w:r>
        <w:rPr>
          <w:b/>
          <w:lang w:val="fr-FR"/>
        </w:rPr>
        <w:t>Prix de l’innovation au service des politiques publiques</w:t>
      </w:r>
    </w:p>
    <w:p w14:paraId="6C259894" w14:textId="77777777" w:rsidR="003C17BD" w:rsidRPr="00046DA6" w:rsidRDefault="00B10084" w:rsidP="00222EC3">
      <w:pPr>
        <w:spacing w:after="40"/>
        <w:jc w:val="both"/>
        <w:rPr>
          <w:lang w:val="fr-FR"/>
        </w:rPr>
      </w:pPr>
      <w:r>
        <w:rPr>
          <w:lang w:val="fr-FR"/>
        </w:rPr>
        <w:t>En quoi votre projet apporte-t-il une réponse innovante à un enjeu de politique publique et comment ses résultats peuvent-ils contribuer à améliorer l’action publique ?</w:t>
      </w:r>
    </w:p>
    <w:p w14:paraId="795B5794" w14:textId="77777777" w:rsidR="003C17BD" w:rsidRPr="00046DA6" w:rsidRDefault="003C17BD" w:rsidP="00222EC3">
      <w:pPr>
        <w:jc w:val="both"/>
        <w:rPr>
          <w:lang w:val="fr-FR"/>
        </w:rPr>
      </w:pPr>
    </w:p>
    <w:p w14:paraId="403BC5AC"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501B2988"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3D151C46" w14:textId="77777777" w:rsidR="003C17BD" w:rsidRPr="00046DA6" w:rsidRDefault="00B10084" w:rsidP="00222EC3">
      <w:pPr>
        <w:spacing w:before="60"/>
        <w:jc w:val="both"/>
        <w:rPr>
          <w:lang w:val="fr-FR"/>
        </w:rPr>
      </w:pPr>
      <w:r>
        <w:rPr>
          <w:b/>
          <w:lang w:val="fr-FR"/>
        </w:rPr>
        <w:t>Prix Fondation UGE – Adaptation et résilience climatique</w:t>
      </w:r>
    </w:p>
    <w:p w14:paraId="6DEA8969" w14:textId="77777777" w:rsidR="003C17BD" w:rsidRPr="00046DA6" w:rsidRDefault="00B10084" w:rsidP="00222EC3">
      <w:pPr>
        <w:spacing w:after="40"/>
        <w:jc w:val="both"/>
        <w:rPr>
          <w:lang w:val="fr-FR"/>
        </w:rPr>
      </w:pPr>
      <w:r>
        <w:rPr>
          <w:lang w:val="fr-FR"/>
        </w:rPr>
        <w:t>En quoi votre projet contribue-t-il concrètement à l’adaptation au changement climatique ou à la résilience des territoires, des infrastructures ou des sociétés ?</w:t>
      </w:r>
    </w:p>
    <w:p w14:paraId="59A67522" w14:textId="77777777" w:rsidR="003C17BD" w:rsidRPr="00046DA6" w:rsidRDefault="003C17BD" w:rsidP="00222EC3">
      <w:pPr>
        <w:jc w:val="both"/>
        <w:rPr>
          <w:lang w:val="fr-FR"/>
        </w:rPr>
      </w:pPr>
    </w:p>
    <w:p w14:paraId="61E87A15"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2EA06493"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5A3F3949" w14:textId="77777777" w:rsidR="003C17BD" w:rsidRPr="00046DA6" w:rsidRDefault="00B10084" w:rsidP="00222EC3">
      <w:pPr>
        <w:spacing w:before="60"/>
        <w:jc w:val="both"/>
        <w:rPr>
          <w:lang w:val="fr-FR"/>
        </w:rPr>
      </w:pPr>
      <w:r>
        <w:rPr>
          <w:b/>
          <w:lang w:val="fr-FR"/>
        </w:rPr>
        <w:t>Prix de l’innovation au service de la société</w:t>
      </w:r>
    </w:p>
    <w:p w14:paraId="46859636" w14:textId="77777777" w:rsidR="003C17BD" w:rsidRPr="00046DA6" w:rsidRDefault="00B10084" w:rsidP="00222EC3">
      <w:pPr>
        <w:spacing w:after="40"/>
        <w:jc w:val="both"/>
        <w:rPr>
          <w:lang w:val="fr-FR"/>
        </w:rPr>
      </w:pPr>
      <w:r>
        <w:rPr>
          <w:lang w:val="fr-FR"/>
        </w:rPr>
        <w:t>Quel problème de société votre innovation contribue-t-elle à résoudre et en quoi son impact pour les citoyens, les usagers ou la société est-il particulièrement significatif ?</w:t>
      </w:r>
    </w:p>
    <w:p w14:paraId="0DE076A7" w14:textId="77777777" w:rsidR="003C17BD" w:rsidRPr="00046DA6" w:rsidRDefault="003C17BD" w:rsidP="00222EC3">
      <w:pPr>
        <w:jc w:val="both"/>
        <w:rPr>
          <w:lang w:val="fr-FR"/>
        </w:rPr>
      </w:pPr>
    </w:p>
    <w:p w14:paraId="7734A0C2"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3908263E"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08AFE46E" w14:textId="77777777" w:rsidR="003C17BD" w:rsidRPr="00046DA6" w:rsidRDefault="00B10084" w:rsidP="00222EC3">
      <w:pPr>
        <w:spacing w:before="60"/>
        <w:jc w:val="both"/>
        <w:rPr>
          <w:lang w:val="fr-FR"/>
        </w:rPr>
      </w:pPr>
      <w:r>
        <w:rPr>
          <w:b/>
          <w:lang w:val="fr-FR"/>
        </w:rPr>
        <w:t>Prix du transfert et de la maturation à fort potentiel</w:t>
      </w:r>
    </w:p>
    <w:p w14:paraId="5EDB0383" w14:textId="77777777" w:rsidR="003C17BD" w:rsidRPr="00046DA6" w:rsidRDefault="00B10084" w:rsidP="00222EC3">
      <w:pPr>
        <w:spacing w:after="40"/>
        <w:jc w:val="both"/>
        <w:rPr>
          <w:lang w:val="fr-FR"/>
        </w:rPr>
      </w:pPr>
      <w:r>
        <w:rPr>
          <w:lang w:val="fr-FR"/>
        </w:rPr>
        <w:t>Quel potentiel de transfert, de valorisation ou de déploiement présente votre innovation, et quelles étapes ont déjà été franchies pour passer de la recherche à l’usage ?</w:t>
      </w:r>
    </w:p>
    <w:p w14:paraId="1322913C" w14:textId="77777777" w:rsidR="003C17BD" w:rsidRPr="00046DA6" w:rsidRDefault="003C17BD" w:rsidP="00222EC3">
      <w:pPr>
        <w:jc w:val="both"/>
        <w:rPr>
          <w:lang w:val="fr-FR"/>
        </w:rPr>
      </w:pPr>
    </w:p>
    <w:p w14:paraId="302A59B4"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63C01CFD"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5C250481" w14:textId="77777777" w:rsidR="003C17BD" w:rsidRPr="00046DA6" w:rsidRDefault="00B10084" w:rsidP="00222EC3">
      <w:pPr>
        <w:spacing w:before="60"/>
        <w:jc w:val="both"/>
        <w:rPr>
          <w:lang w:val="fr-FR"/>
        </w:rPr>
      </w:pPr>
      <w:r>
        <w:rPr>
          <w:b/>
          <w:lang w:val="fr-FR"/>
        </w:rPr>
        <w:t>Prix de la formation partenariale avec le monde économique et la société civile</w:t>
      </w:r>
    </w:p>
    <w:p w14:paraId="132AA69A" w14:textId="77777777" w:rsidR="003C17BD" w:rsidRPr="00046DA6" w:rsidRDefault="00B10084" w:rsidP="00222EC3">
      <w:pPr>
        <w:spacing w:after="40"/>
        <w:jc w:val="both"/>
        <w:rPr>
          <w:lang w:val="fr-FR"/>
        </w:rPr>
      </w:pPr>
      <w:r>
        <w:rPr>
          <w:lang w:val="fr-FR"/>
        </w:rPr>
        <w:t>En quoi votre partenariat contribue-t-il à rapprocher la formation du monde économique ou de la société civile, et quels bénéfices concrets en résultent pour les étudiants, les partenaires ou les territoires ?</w:t>
      </w:r>
    </w:p>
    <w:p w14:paraId="66461E56" w14:textId="77777777" w:rsidR="003C17BD" w:rsidRPr="00046DA6" w:rsidRDefault="003C17BD" w:rsidP="00222EC3">
      <w:pPr>
        <w:jc w:val="both"/>
        <w:rPr>
          <w:lang w:val="fr-FR"/>
        </w:rPr>
      </w:pPr>
    </w:p>
    <w:p w14:paraId="2B06B285"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3AFB53A9"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56C54ED6" w14:textId="77777777" w:rsidR="003C17BD" w:rsidRPr="00046DA6" w:rsidRDefault="00B10084" w:rsidP="00222EC3">
      <w:pPr>
        <w:spacing w:before="60"/>
        <w:jc w:val="both"/>
        <w:rPr>
          <w:lang w:val="fr-FR"/>
        </w:rPr>
      </w:pPr>
      <w:r>
        <w:rPr>
          <w:b/>
          <w:lang w:val="fr-FR"/>
        </w:rPr>
        <w:t>Grand Prix I-SITE FUTURE</w:t>
      </w:r>
    </w:p>
    <w:p w14:paraId="6A6E5CC7" w14:textId="77777777" w:rsidR="003C17BD" w:rsidRPr="00046DA6" w:rsidRDefault="00B10084" w:rsidP="00222EC3">
      <w:pPr>
        <w:spacing w:after="40"/>
        <w:jc w:val="both"/>
        <w:rPr>
          <w:lang w:val="fr-FR"/>
        </w:rPr>
      </w:pPr>
      <w:r>
        <w:rPr>
          <w:lang w:val="fr-FR"/>
        </w:rPr>
        <w:t>En quoi votre projet contribue-t-il à construire des villes plus justes et équitables, plus sûres et résilientes, ou plus sobres et frugales ?</w:t>
      </w:r>
    </w:p>
    <w:p w14:paraId="26EA33DB" w14:textId="77777777" w:rsidR="003C17BD" w:rsidRPr="00046DA6" w:rsidRDefault="003C17BD" w:rsidP="00222EC3">
      <w:pPr>
        <w:jc w:val="both"/>
        <w:rPr>
          <w:lang w:val="fr-FR"/>
        </w:rPr>
      </w:pPr>
    </w:p>
    <w:p w14:paraId="01D4322D"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4495A51D" w14:textId="77777777" w:rsidR="003C17BD" w:rsidRPr="00046DA6" w:rsidRDefault="00B10084" w:rsidP="00222EC3">
      <w:pPr>
        <w:spacing w:after="40"/>
        <w:jc w:val="both"/>
        <w:rPr>
          <w:lang w:val="fr-FR"/>
        </w:rPr>
      </w:pPr>
      <w:r>
        <w:rPr>
          <w:lang w:val="fr-FR"/>
        </w:rPr>
        <w:t>________________________________________________________________________________</w:t>
      </w:r>
    </w:p>
    <w:p w14:paraId="3BEC2F4A" w14:textId="70C25D4E" w:rsidR="003C17BD" w:rsidRPr="00046DA6" w:rsidRDefault="00B10084">
      <w:pPr>
        <w:pStyle w:val="Titre1"/>
        <w:rPr>
          <w:lang w:val="fr-FR"/>
        </w:rPr>
      </w:pPr>
      <w:r>
        <w:rPr>
          <w:lang w:val="fr-FR"/>
        </w:rPr>
        <w:lastRenderedPageBreak/>
        <w:t xml:space="preserve">6. PIÈCE COMPLÉMENTAIRE — </w:t>
      </w:r>
      <w:r w:rsidR="000637E1">
        <w:rPr>
          <w:lang w:val="fr-FR"/>
        </w:rPr>
        <w:t>FORTEMENT RECOMMANDE</w:t>
      </w:r>
    </w:p>
    <w:p w14:paraId="6EDF0DFC" w14:textId="77777777" w:rsidR="003C17BD" w:rsidRPr="00046DA6" w:rsidRDefault="00B10084">
      <w:pPr>
        <w:rPr>
          <w:lang w:val="fr-FR"/>
        </w:rPr>
      </w:pPr>
      <w:r>
        <w:rPr>
          <w:lang w:val="fr-FR"/>
        </w:rPr>
        <w:t>Si vous le souhaitez, joignez un support permettant d’illustrer votre projet :</w:t>
      </w:r>
      <w:r>
        <w:rPr>
          <w:lang w:val="fr-FR"/>
        </w:rPr>
        <w:br/>
        <w:t>☐ Présentation   ☐ Photo   ☐ Vidéo   ☐ Schéma   ☐ Site internet   ☐ Autre</w:t>
      </w:r>
    </w:p>
    <w:p w14:paraId="7E287028" w14:textId="77777777" w:rsidR="003C17BD" w:rsidRPr="00046DA6" w:rsidRDefault="00B10084">
      <w:pPr>
        <w:rPr>
          <w:lang w:val="fr-FR"/>
        </w:rPr>
      </w:pPr>
      <w:r>
        <w:rPr>
          <w:b/>
          <w:lang w:val="fr-FR"/>
        </w:rPr>
        <w:t>Lien :</w:t>
      </w:r>
    </w:p>
    <w:p w14:paraId="7063B939" w14:textId="77777777" w:rsidR="003C17BD" w:rsidRPr="00046DA6" w:rsidRDefault="00B10084">
      <w:pPr>
        <w:spacing w:after="40"/>
        <w:rPr>
          <w:lang w:val="fr-FR"/>
        </w:rPr>
      </w:pPr>
      <w:r>
        <w:rPr>
          <w:lang w:val="fr-FR"/>
        </w:rPr>
        <w:t>_____________________________________________________________________________</w:t>
      </w:r>
    </w:p>
    <w:p w14:paraId="3CC5A1F0" w14:textId="77777777" w:rsidR="006D11FB" w:rsidRPr="00241FDD" w:rsidRDefault="00936D8B">
      <w:pPr>
        <w:spacing w:before="240" w:after="60"/>
        <w:rPr>
          <w:lang w:val="fr-FR"/>
        </w:rPr>
      </w:pPr>
      <w:r>
        <w:rPr>
          <w:rFonts w:cs="Arial"/>
          <w:b/>
          <w:bCs/>
          <w:color w:val="365F91"/>
          <w:sz w:val="22"/>
          <w:lang w:val="fr-FR"/>
        </w:rPr>
        <w:t>AUTORISATION DE DIFFUSION</w:t>
      </w:r>
    </w:p>
    <w:p w14:paraId="04E25320" w14:textId="77777777" w:rsidR="006D11FB" w:rsidRPr="00241FDD" w:rsidRDefault="00936D8B">
      <w:pPr>
        <w:spacing w:after="100"/>
        <w:jc w:val="both"/>
        <w:rPr>
          <w:lang w:val="fr-FR"/>
        </w:rPr>
      </w:pPr>
      <w:r>
        <w:rPr>
          <w:rFonts w:cs="Arial"/>
          <w:sz w:val="22"/>
          <w:lang w:val="fr-FR"/>
        </w:rPr>
        <w:t xml:space="preserve">☐ </w:t>
      </w:r>
      <w:r>
        <w:rPr>
          <w:rFonts w:cs="Arial"/>
          <w:sz w:val="20"/>
          <w:szCs w:val="20"/>
          <w:lang w:val="fr-FR"/>
        </w:rPr>
        <w:t>J’autorise l’Université Gustave Eiffel à reprendre les textes, visuels et logos de la fiche projet dans le Catalogue des innovations, lors de la cérémonie et dans ses supports de communication. Les partenaires cités ont donné leur accord pour apparaître.</w:t>
      </w:r>
    </w:p>
    <w:p w14:paraId="799BAB6B" w14:textId="77777777" w:rsidR="003C17BD" w:rsidRPr="00046DA6" w:rsidRDefault="00B10084">
      <w:pPr>
        <w:jc w:val="center"/>
        <w:rPr>
          <w:lang w:val="fr-FR"/>
        </w:rPr>
      </w:pPr>
      <w:r>
        <w:rPr>
          <w:b/>
          <w:lang w:val="fr-FR"/>
        </w:rPr>
        <w:t>Merci !</w:t>
      </w:r>
    </w:p>
    <w:p w14:paraId="640C1BEF" w14:textId="74E7EBFD" w:rsidR="003C17BD" w:rsidRDefault="00B10084">
      <w:pPr>
        <w:jc w:val="center"/>
        <w:rPr>
          <w:lang w:val="fr-FR"/>
        </w:rPr>
      </w:pPr>
      <w:r>
        <w:rPr>
          <w:lang w:val="fr-FR"/>
        </w:rPr>
        <w:t>Votre dossier sera étudié par le jury des GUSTAVE de l’Innovation.</w:t>
      </w:r>
    </w:p>
    <w:p w14:paraId="0A7485BA" w14:textId="333AF521" w:rsidR="004154D2" w:rsidRDefault="004154D2">
      <w:pPr>
        <w:jc w:val="center"/>
        <w:rPr>
          <w:lang w:val="fr-FR"/>
        </w:rPr>
      </w:pPr>
    </w:p>
    <w:p w14:paraId="2118C55E" w14:textId="6194C28C" w:rsidR="004154D2" w:rsidRDefault="004154D2" w:rsidP="004154D2">
      <w:pPr>
        <w:spacing w:after="60"/>
        <w:jc w:val="both"/>
        <w:rPr>
          <w:rFonts w:cs="Arial"/>
          <w:lang w:val="fr-FR"/>
        </w:rPr>
      </w:pPr>
      <w:r>
        <w:rPr>
          <w:rFonts w:cs="Arial"/>
          <w:lang w:val="fr-FR"/>
        </w:rPr>
        <w:t xml:space="preserve">À retourner avant </w:t>
      </w:r>
      <w:r w:rsidRPr="000941B4">
        <w:rPr>
          <w:rFonts w:cs="Arial"/>
          <w:b/>
          <w:lang w:val="fr-FR"/>
        </w:rPr>
        <w:t xml:space="preserve">le </w:t>
      </w:r>
      <w:r w:rsidR="00550C76">
        <w:rPr>
          <w:rFonts w:cs="Arial"/>
          <w:b/>
          <w:lang w:val="fr-FR"/>
        </w:rPr>
        <w:t>06</w:t>
      </w:r>
      <w:r w:rsidRPr="000941B4">
        <w:rPr>
          <w:rFonts w:cs="Arial"/>
          <w:b/>
          <w:lang w:val="fr-FR"/>
        </w:rPr>
        <w:t>/11/2026</w:t>
      </w:r>
      <w:r>
        <w:rPr>
          <w:rFonts w:cs="Arial"/>
          <w:lang w:val="fr-FR"/>
        </w:rPr>
        <w:t xml:space="preserve"> à </w:t>
      </w:r>
      <w:hyperlink r:id="rId10" w:history="1">
        <w:r w:rsidRPr="00FF0E74">
          <w:rPr>
            <w:rStyle w:val="Lienhypertexte"/>
            <w:rFonts w:cs="Arial"/>
            <w:lang w:val="fr-FR"/>
          </w:rPr>
          <w:t>marie.tranier@univ-eiffel.fr</w:t>
        </w:r>
      </w:hyperlink>
    </w:p>
    <w:p w14:paraId="77DAD48B" w14:textId="77777777" w:rsidR="004154D2" w:rsidRPr="00046DA6" w:rsidRDefault="004154D2">
      <w:pPr>
        <w:jc w:val="center"/>
        <w:rPr>
          <w:lang w:val="fr-FR"/>
        </w:rPr>
      </w:pPr>
    </w:p>
    <w:p w14:paraId="3F98879A" w14:textId="77777777" w:rsidR="006D11FB" w:rsidRPr="00241FDD" w:rsidRDefault="00936D8B">
      <w:pPr>
        <w:pageBreakBefore/>
        <w:spacing w:after="60"/>
        <w:rPr>
          <w:lang w:val="fr-FR"/>
        </w:rPr>
      </w:pPr>
      <w:r>
        <w:rPr>
          <w:rFonts w:cs="Arial"/>
          <w:b/>
          <w:bCs/>
          <w:color w:val="7F7F7F"/>
          <w:sz w:val="18"/>
          <w:szCs w:val="18"/>
          <w:lang w:val="fr-FR"/>
        </w:rPr>
        <w:lastRenderedPageBreak/>
        <w:t>PAGE DESTINÉE AU CATALOGUE</w:t>
      </w:r>
    </w:p>
    <w:p w14:paraId="5996E860" w14:textId="77777777" w:rsidR="006D11FB" w:rsidRDefault="00936D8B">
      <w:pPr>
        <w:spacing w:after="100"/>
      </w:pPr>
      <w:r>
        <w:rPr>
          <w:rFonts w:cs="Arial"/>
          <w:i/>
          <w:iCs/>
          <w:color w:val="7F7F7F"/>
          <w:sz w:val="17"/>
          <w:szCs w:val="17"/>
          <w:lang w:val="fr-FR"/>
        </w:rPr>
        <w:t>À compléter par le porteur du projet : les zones grises sont à remplacer par vos contenus. Une seule page, lisible en un coup d’œil.</w:t>
      </w:r>
    </w:p>
    <w:tbl>
      <w:tblPr>
        <w:tblW w:w="10312" w:type="dxa"/>
        <w:tblLayout w:type="fixed"/>
        <w:tblCellMar>
          <w:left w:w="0" w:type="dxa"/>
          <w:right w:w="0" w:type="dxa"/>
        </w:tblCellMar>
        <w:tblLook w:val="04A0" w:firstRow="1" w:lastRow="0" w:firstColumn="1" w:lastColumn="0" w:noHBand="0" w:noVBand="1"/>
      </w:tblPr>
      <w:tblGrid>
        <w:gridCol w:w="3438"/>
        <w:gridCol w:w="1719"/>
        <w:gridCol w:w="1719"/>
        <w:gridCol w:w="3436"/>
      </w:tblGrid>
      <w:tr w:rsidR="006D11FB" w:rsidRPr="00DB200B" w14:paraId="57C4B1A2" w14:textId="77777777">
        <w:trPr>
          <w:cantSplit/>
        </w:trPr>
        <w:tc>
          <w:tcPr>
            <w:tcW w:w="10312" w:type="dxa"/>
            <w:gridSpan w:val="4"/>
            <w:tcBorders>
              <w:top w:val="nil"/>
              <w:left w:val="nil"/>
              <w:bottom w:val="nil"/>
              <w:right w:val="nil"/>
            </w:tcBorders>
            <w:shd w:val="clear" w:color="auto" w:fill="1F3864"/>
            <w:tcMar>
              <w:top w:w="140" w:type="dxa"/>
              <w:left w:w="160" w:type="dxa"/>
              <w:bottom w:w="140" w:type="dxa"/>
              <w:right w:w="160" w:type="dxa"/>
            </w:tcMar>
            <w:vAlign w:val="center"/>
          </w:tcPr>
          <w:p w14:paraId="0D5D8504" w14:textId="77777777" w:rsidR="006D11FB" w:rsidRPr="00241FDD" w:rsidRDefault="00936D8B">
            <w:pPr>
              <w:spacing w:after="0"/>
              <w:rPr>
                <w:lang w:val="fr-FR"/>
              </w:rPr>
            </w:pPr>
            <w:r>
              <w:rPr>
                <w:rFonts w:cs="Arial"/>
                <w:b/>
                <w:bCs/>
                <w:color w:val="FFFFFF"/>
                <w:sz w:val="26"/>
                <w:szCs w:val="26"/>
                <w:lang w:val="fr-FR"/>
              </w:rPr>
              <w:t>FICHE PROJET</w:t>
            </w:r>
            <w:r>
              <w:rPr>
                <w:rFonts w:cs="Arial"/>
                <w:color w:val="FFFFFF"/>
                <w:sz w:val="18"/>
                <w:szCs w:val="18"/>
                <w:lang w:val="fr-FR"/>
              </w:rPr>
              <w:t xml:space="preserve">   ·   Catalogue des innovations – GUSTAVE de l’Innovation, 1re édition</w:t>
            </w:r>
          </w:p>
        </w:tc>
      </w:tr>
      <w:tr w:rsidR="006D11FB" w:rsidRPr="00DB200B" w14:paraId="5EF6A693" w14:textId="77777777">
        <w:trPr>
          <w:cantSplit/>
        </w:trPr>
        <w:tc>
          <w:tcPr>
            <w:tcW w:w="10312" w:type="dxa"/>
            <w:gridSpan w:val="4"/>
            <w:tcBorders>
              <w:top w:val="nil"/>
              <w:left w:val="nil"/>
              <w:bottom w:val="nil"/>
              <w:right w:val="nil"/>
            </w:tcBorders>
            <w:tcMar>
              <w:top w:w="200" w:type="dxa"/>
              <w:left w:w="160" w:type="dxa"/>
              <w:bottom w:w="120" w:type="dxa"/>
              <w:right w:w="160" w:type="dxa"/>
            </w:tcMar>
          </w:tcPr>
          <w:p w14:paraId="2FDF831F" w14:textId="3951CABA" w:rsidR="006D11FB" w:rsidRPr="00241FDD" w:rsidRDefault="00936D8B">
            <w:pPr>
              <w:spacing w:after="40"/>
              <w:rPr>
                <w:lang w:val="fr-FR"/>
              </w:rPr>
            </w:pPr>
            <w:r>
              <w:rPr>
                <w:rFonts w:cs="Arial"/>
                <w:b/>
                <w:bCs/>
                <w:color w:val="365F91"/>
                <w:sz w:val="34"/>
                <w:szCs w:val="34"/>
                <w:lang w:val="fr-FR"/>
              </w:rPr>
              <w:t>[</w:t>
            </w:r>
            <w:r w:rsidR="00260740">
              <w:rPr>
                <w:rFonts w:cs="Arial"/>
                <w:b/>
                <w:bCs/>
                <w:color w:val="365F91"/>
                <w:sz w:val="34"/>
                <w:szCs w:val="34"/>
                <w:lang w:val="fr-FR"/>
              </w:rPr>
              <w:t xml:space="preserve">Une accroche pour votre </w:t>
            </w:r>
            <w:proofErr w:type="gramStart"/>
            <w:r w:rsidR="00260740">
              <w:rPr>
                <w:rFonts w:cs="Arial"/>
                <w:b/>
                <w:bCs/>
                <w:color w:val="365F91"/>
                <w:sz w:val="34"/>
                <w:szCs w:val="34"/>
                <w:lang w:val="fr-FR"/>
              </w:rPr>
              <w:t xml:space="preserve">innovation </w:t>
            </w:r>
            <w:r>
              <w:rPr>
                <w:rFonts w:cs="Arial"/>
                <w:b/>
                <w:bCs/>
                <w:color w:val="365F91"/>
                <w:sz w:val="34"/>
                <w:szCs w:val="34"/>
                <w:lang w:val="fr-FR"/>
              </w:rPr>
              <w:t xml:space="preserve"> –</w:t>
            </w:r>
            <w:proofErr w:type="gramEnd"/>
            <w:r>
              <w:rPr>
                <w:rFonts w:cs="Arial"/>
                <w:b/>
                <w:bCs/>
                <w:color w:val="365F91"/>
                <w:sz w:val="34"/>
                <w:szCs w:val="34"/>
                <w:lang w:val="fr-FR"/>
              </w:rPr>
              <w:t xml:space="preserve"> 8 mots maximum]</w:t>
            </w:r>
          </w:p>
          <w:p w14:paraId="2CB60BFD" w14:textId="77777777" w:rsidR="006D11FB" w:rsidRPr="00241FDD" w:rsidRDefault="00936D8B">
            <w:pPr>
              <w:spacing w:after="0"/>
              <w:rPr>
                <w:lang w:val="fr-FR"/>
              </w:rPr>
            </w:pPr>
            <w:r>
              <w:rPr>
                <w:rFonts w:cs="Arial"/>
                <w:i/>
                <w:iCs/>
                <w:color w:val="B8860B"/>
                <w:sz w:val="22"/>
                <w:lang w:val="fr-FR"/>
              </w:rPr>
              <w:t>[Un slogan : l’innovation en une phrase]</w:t>
            </w:r>
          </w:p>
        </w:tc>
      </w:tr>
      <w:tr w:rsidR="006D11FB" w:rsidRPr="00DB200B" w14:paraId="576DD312" w14:textId="77777777">
        <w:trPr>
          <w:cantSplit/>
          <w:trHeight w:val="3000"/>
        </w:trPr>
        <w:tc>
          <w:tcPr>
            <w:tcW w:w="5157" w:type="dxa"/>
            <w:gridSpan w:val="2"/>
            <w:tcBorders>
              <w:top w:val="dashed" w:sz="8" w:space="0" w:color="A6A6A6"/>
              <w:left w:val="dashed" w:sz="8" w:space="0" w:color="A6A6A6"/>
              <w:bottom w:val="dashed" w:sz="8" w:space="0" w:color="A6A6A6"/>
              <w:right w:val="dashed" w:sz="8" w:space="0" w:color="A6A6A6"/>
            </w:tcBorders>
            <w:shd w:val="clear" w:color="auto" w:fill="F5F5F5"/>
            <w:tcMar>
              <w:top w:w="100" w:type="dxa"/>
              <w:left w:w="100" w:type="dxa"/>
              <w:bottom w:w="100" w:type="dxa"/>
              <w:right w:w="100" w:type="dxa"/>
            </w:tcMar>
            <w:vAlign w:val="center"/>
          </w:tcPr>
          <w:p w14:paraId="3761420D" w14:textId="77777777" w:rsidR="006D11FB" w:rsidRPr="00241FDD" w:rsidRDefault="00936D8B">
            <w:pPr>
              <w:spacing w:before="500" w:after="20"/>
              <w:jc w:val="center"/>
              <w:rPr>
                <w:lang w:val="fr-FR"/>
              </w:rPr>
            </w:pPr>
            <w:r>
              <w:rPr>
                <w:rFonts w:cs="Arial"/>
                <w:b/>
                <w:bCs/>
                <w:color w:val="7F7F7F"/>
                <w:sz w:val="20"/>
                <w:szCs w:val="20"/>
                <w:lang w:val="fr-FR"/>
              </w:rPr>
              <w:t>VISUEL</w:t>
            </w:r>
          </w:p>
          <w:p w14:paraId="292FAEBC" w14:textId="77777777" w:rsidR="006D11FB" w:rsidRPr="00241FDD" w:rsidRDefault="00936D8B">
            <w:pPr>
              <w:spacing w:after="20"/>
              <w:jc w:val="center"/>
              <w:rPr>
                <w:lang w:val="fr-FR"/>
              </w:rPr>
            </w:pPr>
            <w:r>
              <w:rPr>
                <w:rFonts w:cs="Arial"/>
                <w:color w:val="7F7F7F"/>
                <w:sz w:val="18"/>
                <w:szCs w:val="18"/>
                <w:lang w:val="fr-FR"/>
              </w:rPr>
              <w:t>Photo, schéma ou image du projet</w:t>
            </w:r>
          </w:p>
          <w:p w14:paraId="254F3D1D" w14:textId="77777777" w:rsidR="006D11FB" w:rsidRDefault="00936D8B">
            <w:pPr>
              <w:spacing w:after="0"/>
              <w:jc w:val="center"/>
            </w:pPr>
            <w:proofErr w:type="gramStart"/>
            <w:r>
              <w:rPr>
                <w:rFonts w:cs="Arial"/>
                <w:i/>
                <w:iCs/>
                <w:color w:val="7F7F7F"/>
                <w:sz w:val="16"/>
                <w:szCs w:val="16"/>
                <w:lang w:val="fr-FR"/>
              </w:rPr>
              <w:t>format</w:t>
            </w:r>
            <w:proofErr w:type="gramEnd"/>
            <w:r>
              <w:rPr>
                <w:rFonts w:cs="Arial"/>
                <w:i/>
                <w:iCs/>
                <w:color w:val="7F7F7F"/>
                <w:sz w:val="16"/>
                <w:szCs w:val="16"/>
                <w:lang w:val="fr-FR"/>
              </w:rPr>
              <w:t xml:space="preserve"> paysage · bonne définition</w:t>
            </w:r>
          </w:p>
        </w:tc>
        <w:tc>
          <w:tcPr>
            <w:tcW w:w="5155" w:type="dxa"/>
            <w:gridSpan w:val="2"/>
            <w:tcBorders>
              <w:top w:val="nil"/>
              <w:left w:val="nil"/>
              <w:bottom w:val="nil"/>
              <w:right w:val="nil"/>
            </w:tcBorders>
            <w:tcMar>
              <w:top w:w="100" w:type="dxa"/>
              <w:left w:w="200" w:type="dxa"/>
              <w:bottom w:w="100" w:type="dxa"/>
              <w:right w:w="100" w:type="dxa"/>
            </w:tcMar>
          </w:tcPr>
          <w:p w14:paraId="6BE83AB4" w14:textId="77777777" w:rsidR="006D11FB" w:rsidRPr="00241FDD" w:rsidRDefault="00936D8B">
            <w:pPr>
              <w:spacing w:after="50"/>
              <w:rPr>
                <w:lang w:val="fr-FR"/>
              </w:rPr>
            </w:pPr>
            <w:r>
              <w:rPr>
                <w:rFonts w:cs="Arial"/>
                <w:b/>
                <w:bCs/>
                <w:color w:val="365F91"/>
                <w:sz w:val="17"/>
                <w:szCs w:val="17"/>
                <w:lang w:val="fr-FR"/>
              </w:rPr>
              <w:t>LE PROJET EN QUELQUES LIGNES</w:t>
            </w:r>
          </w:p>
          <w:p w14:paraId="4720FBEF" w14:textId="77777777" w:rsidR="006D11FB" w:rsidRPr="00241FDD" w:rsidRDefault="00936D8B">
            <w:pPr>
              <w:spacing w:after="30"/>
              <w:rPr>
                <w:lang w:val="fr-FR"/>
              </w:rPr>
            </w:pPr>
            <w:r>
              <w:rPr>
                <w:rFonts w:cs="Arial"/>
                <w:i/>
                <w:iCs/>
                <w:color w:val="7F7F7F"/>
                <w:szCs w:val="19"/>
                <w:lang w:val="fr-FR"/>
              </w:rPr>
              <w:t>[Quel problème résout-il ? Comment ? Avec qui ? Rédigez pour un public non spécialiste, sans jargon : 600 caractères maximum.]</w:t>
            </w:r>
          </w:p>
        </w:tc>
      </w:tr>
      <w:tr w:rsidR="006D11FB" w14:paraId="64688EF8" w14:textId="77777777">
        <w:trPr>
          <w:cantSplit/>
        </w:trPr>
        <w:tc>
          <w:tcPr>
            <w:tcW w:w="10312" w:type="dxa"/>
            <w:gridSpan w:val="4"/>
            <w:tcBorders>
              <w:top w:val="nil"/>
              <w:left w:val="nil"/>
              <w:bottom w:val="nil"/>
              <w:right w:val="nil"/>
            </w:tcBorders>
            <w:shd w:val="clear" w:color="auto" w:fill="EAF1FB"/>
            <w:tcMar>
              <w:top w:w="80" w:type="dxa"/>
              <w:left w:w="160" w:type="dxa"/>
              <w:bottom w:w="80" w:type="dxa"/>
              <w:right w:w="160" w:type="dxa"/>
            </w:tcMar>
            <w:vAlign w:val="center"/>
          </w:tcPr>
          <w:p w14:paraId="2B472BD0" w14:textId="77777777" w:rsidR="006D11FB" w:rsidRDefault="00936D8B">
            <w:pPr>
              <w:spacing w:after="0"/>
            </w:pPr>
            <w:r>
              <w:rPr>
                <w:rFonts w:cs="Arial"/>
                <w:b/>
                <w:bCs/>
                <w:color w:val="365F91"/>
                <w:sz w:val="18"/>
                <w:szCs w:val="18"/>
                <w:lang w:val="fr-FR"/>
              </w:rPr>
              <w:t>RÉSULTATS ET IMPACTS</w:t>
            </w:r>
          </w:p>
        </w:tc>
      </w:tr>
      <w:tr w:rsidR="006D11FB" w:rsidRPr="00DB200B" w14:paraId="383E42D9" w14:textId="77777777">
        <w:trPr>
          <w:cantSplit/>
        </w:trPr>
        <w:tc>
          <w:tcPr>
            <w:tcW w:w="3438" w:type="dxa"/>
            <w:tcBorders>
              <w:top w:val="nil"/>
              <w:left w:val="nil"/>
              <w:bottom w:val="nil"/>
              <w:right w:val="nil"/>
            </w:tcBorders>
            <w:tcMar>
              <w:top w:w="100" w:type="dxa"/>
              <w:left w:w="100" w:type="dxa"/>
              <w:bottom w:w="60" w:type="dxa"/>
              <w:right w:w="100" w:type="dxa"/>
            </w:tcMar>
          </w:tcPr>
          <w:p w14:paraId="1A41BA14" w14:textId="77777777" w:rsidR="006D11FB" w:rsidRPr="00241FDD" w:rsidRDefault="00936D8B">
            <w:pPr>
              <w:spacing w:after="0"/>
              <w:jc w:val="center"/>
              <w:rPr>
                <w:lang w:val="fr-FR"/>
              </w:rPr>
            </w:pPr>
            <w:r>
              <w:rPr>
                <w:rFonts w:cs="Arial"/>
                <w:b/>
                <w:bCs/>
                <w:color w:val="B8860B"/>
                <w:sz w:val="44"/>
                <w:szCs w:val="44"/>
                <w:lang w:val="fr-FR"/>
              </w:rPr>
              <w:t>00</w:t>
            </w:r>
          </w:p>
          <w:p w14:paraId="668C6003" w14:textId="77777777" w:rsidR="006D11FB" w:rsidRPr="00241FDD" w:rsidRDefault="00936D8B">
            <w:pPr>
              <w:spacing w:after="0"/>
              <w:jc w:val="center"/>
              <w:rPr>
                <w:lang w:val="fr-FR"/>
              </w:rPr>
            </w:pPr>
            <w:r>
              <w:rPr>
                <w:rFonts w:cs="Arial"/>
                <w:i/>
                <w:iCs/>
                <w:color w:val="7F7F7F"/>
                <w:sz w:val="17"/>
                <w:szCs w:val="17"/>
                <w:lang w:val="fr-FR"/>
              </w:rPr>
              <w:t>[</w:t>
            </w:r>
            <w:proofErr w:type="gramStart"/>
            <w:r>
              <w:rPr>
                <w:rFonts w:cs="Arial"/>
                <w:i/>
                <w:iCs/>
                <w:color w:val="7F7F7F"/>
                <w:sz w:val="17"/>
                <w:szCs w:val="17"/>
                <w:lang w:val="fr-FR"/>
              </w:rPr>
              <w:t>chiffre</w:t>
            </w:r>
            <w:proofErr w:type="gramEnd"/>
            <w:r>
              <w:rPr>
                <w:rFonts w:cs="Arial"/>
                <w:i/>
                <w:iCs/>
                <w:color w:val="7F7F7F"/>
                <w:sz w:val="17"/>
                <w:szCs w:val="17"/>
                <w:lang w:val="fr-FR"/>
              </w:rPr>
              <w:t xml:space="preserve"> clé n°1 : ce qui a changé, en une ligne]</w:t>
            </w:r>
          </w:p>
        </w:tc>
        <w:tc>
          <w:tcPr>
            <w:tcW w:w="3438" w:type="dxa"/>
            <w:gridSpan w:val="2"/>
            <w:tcBorders>
              <w:top w:val="nil"/>
              <w:left w:val="nil"/>
              <w:bottom w:val="nil"/>
              <w:right w:val="nil"/>
            </w:tcBorders>
            <w:tcMar>
              <w:top w:w="100" w:type="dxa"/>
              <w:left w:w="100" w:type="dxa"/>
              <w:bottom w:w="60" w:type="dxa"/>
              <w:right w:w="100" w:type="dxa"/>
            </w:tcMar>
          </w:tcPr>
          <w:p w14:paraId="324C4F9F" w14:textId="77777777" w:rsidR="006D11FB" w:rsidRPr="00241FDD" w:rsidRDefault="00936D8B">
            <w:pPr>
              <w:spacing w:after="0"/>
              <w:jc w:val="center"/>
              <w:rPr>
                <w:lang w:val="fr-FR"/>
              </w:rPr>
            </w:pPr>
            <w:r>
              <w:rPr>
                <w:rFonts w:cs="Arial"/>
                <w:b/>
                <w:bCs/>
                <w:color w:val="B8860B"/>
                <w:sz w:val="44"/>
                <w:szCs w:val="44"/>
                <w:lang w:val="fr-FR"/>
              </w:rPr>
              <w:t>00</w:t>
            </w:r>
          </w:p>
          <w:p w14:paraId="34975C42" w14:textId="77777777" w:rsidR="006D11FB" w:rsidRPr="00241FDD" w:rsidRDefault="00936D8B">
            <w:pPr>
              <w:spacing w:after="0"/>
              <w:jc w:val="center"/>
              <w:rPr>
                <w:lang w:val="fr-FR"/>
              </w:rPr>
            </w:pPr>
            <w:r>
              <w:rPr>
                <w:rFonts w:cs="Arial"/>
                <w:i/>
                <w:iCs/>
                <w:color w:val="7F7F7F"/>
                <w:sz w:val="17"/>
                <w:szCs w:val="17"/>
                <w:lang w:val="fr-FR"/>
              </w:rPr>
              <w:t>[</w:t>
            </w:r>
            <w:proofErr w:type="gramStart"/>
            <w:r>
              <w:rPr>
                <w:rFonts w:cs="Arial"/>
                <w:i/>
                <w:iCs/>
                <w:color w:val="7F7F7F"/>
                <w:sz w:val="17"/>
                <w:szCs w:val="17"/>
                <w:lang w:val="fr-FR"/>
              </w:rPr>
              <w:t>chiffre</w:t>
            </w:r>
            <w:proofErr w:type="gramEnd"/>
            <w:r>
              <w:rPr>
                <w:rFonts w:cs="Arial"/>
                <w:i/>
                <w:iCs/>
                <w:color w:val="7F7F7F"/>
                <w:sz w:val="17"/>
                <w:szCs w:val="17"/>
                <w:lang w:val="fr-FR"/>
              </w:rPr>
              <w:t xml:space="preserve"> clé n°2 : ce qui a changé, en une ligne]</w:t>
            </w:r>
          </w:p>
        </w:tc>
        <w:tc>
          <w:tcPr>
            <w:tcW w:w="3436" w:type="dxa"/>
            <w:tcBorders>
              <w:top w:val="nil"/>
              <w:left w:val="nil"/>
              <w:bottom w:val="nil"/>
              <w:right w:val="nil"/>
            </w:tcBorders>
            <w:tcMar>
              <w:top w:w="100" w:type="dxa"/>
              <w:left w:w="100" w:type="dxa"/>
              <w:bottom w:w="60" w:type="dxa"/>
              <w:right w:w="100" w:type="dxa"/>
            </w:tcMar>
          </w:tcPr>
          <w:p w14:paraId="2DBB0D1F" w14:textId="77777777" w:rsidR="006D11FB" w:rsidRPr="00241FDD" w:rsidRDefault="00936D8B">
            <w:pPr>
              <w:spacing w:after="0"/>
              <w:jc w:val="center"/>
              <w:rPr>
                <w:lang w:val="fr-FR"/>
              </w:rPr>
            </w:pPr>
            <w:r>
              <w:rPr>
                <w:rFonts w:cs="Arial"/>
                <w:b/>
                <w:bCs/>
                <w:color w:val="B8860B"/>
                <w:sz w:val="44"/>
                <w:szCs w:val="44"/>
                <w:lang w:val="fr-FR"/>
              </w:rPr>
              <w:t>00</w:t>
            </w:r>
          </w:p>
          <w:p w14:paraId="7BF31A20" w14:textId="77777777" w:rsidR="006D11FB" w:rsidRPr="00241FDD" w:rsidRDefault="00936D8B">
            <w:pPr>
              <w:spacing w:after="0"/>
              <w:jc w:val="center"/>
              <w:rPr>
                <w:lang w:val="fr-FR"/>
              </w:rPr>
            </w:pPr>
            <w:r>
              <w:rPr>
                <w:rFonts w:cs="Arial"/>
                <w:i/>
                <w:iCs/>
                <w:color w:val="7F7F7F"/>
                <w:sz w:val="17"/>
                <w:szCs w:val="17"/>
                <w:lang w:val="fr-FR"/>
              </w:rPr>
              <w:t>[</w:t>
            </w:r>
            <w:proofErr w:type="gramStart"/>
            <w:r>
              <w:rPr>
                <w:rFonts w:cs="Arial"/>
                <w:i/>
                <w:iCs/>
                <w:color w:val="7F7F7F"/>
                <w:sz w:val="17"/>
                <w:szCs w:val="17"/>
                <w:lang w:val="fr-FR"/>
              </w:rPr>
              <w:t>chiffre</w:t>
            </w:r>
            <w:proofErr w:type="gramEnd"/>
            <w:r>
              <w:rPr>
                <w:rFonts w:cs="Arial"/>
                <w:i/>
                <w:iCs/>
                <w:color w:val="7F7F7F"/>
                <w:sz w:val="17"/>
                <w:szCs w:val="17"/>
                <w:lang w:val="fr-FR"/>
              </w:rPr>
              <w:t xml:space="preserve"> clé n°3 : ce qui a changé, en une ligne]</w:t>
            </w:r>
          </w:p>
        </w:tc>
      </w:tr>
      <w:tr w:rsidR="006D11FB" w:rsidRPr="00DB200B" w14:paraId="1282221D" w14:textId="77777777">
        <w:trPr>
          <w:cantSplit/>
          <w:trHeight w:val="1100"/>
        </w:trPr>
        <w:tc>
          <w:tcPr>
            <w:tcW w:w="5157" w:type="dxa"/>
            <w:gridSpan w:val="2"/>
            <w:tcBorders>
              <w:top w:val="single" w:sz="6" w:space="0" w:color="D9D9D9"/>
              <w:left w:val="single" w:sz="6" w:space="0" w:color="D9D9D9"/>
              <w:bottom w:val="single" w:sz="6" w:space="0" w:color="D9D9D9"/>
              <w:right w:val="single" w:sz="6" w:space="0" w:color="D9D9D9"/>
            </w:tcBorders>
            <w:tcMar>
              <w:top w:w="100" w:type="dxa"/>
              <w:left w:w="140" w:type="dxa"/>
              <w:bottom w:w="100" w:type="dxa"/>
              <w:right w:w="100" w:type="dxa"/>
            </w:tcMar>
          </w:tcPr>
          <w:p w14:paraId="4797572C" w14:textId="77777777" w:rsidR="006D11FB" w:rsidRPr="00241FDD" w:rsidRDefault="00936D8B">
            <w:pPr>
              <w:spacing w:after="50"/>
              <w:rPr>
                <w:lang w:val="fr-FR"/>
              </w:rPr>
            </w:pPr>
            <w:r>
              <w:rPr>
                <w:rFonts w:cs="Arial"/>
                <w:b/>
                <w:bCs/>
                <w:color w:val="365F91"/>
                <w:sz w:val="17"/>
                <w:szCs w:val="17"/>
                <w:lang w:val="fr-FR"/>
              </w:rPr>
              <w:t>NIVEAU DE MATURITÉ</w:t>
            </w:r>
          </w:p>
          <w:p w14:paraId="13F812BF" w14:textId="77777777" w:rsidR="006D11FB" w:rsidRPr="00241FDD" w:rsidRDefault="00936D8B">
            <w:pPr>
              <w:spacing w:after="20"/>
              <w:rPr>
                <w:lang w:val="fr-FR"/>
              </w:rPr>
            </w:pPr>
            <w:r>
              <w:rPr>
                <w:rFonts w:cs="Arial"/>
                <w:szCs w:val="19"/>
                <w:lang w:val="fr-FR"/>
              </w:rPr>
              <w:t>☐ Preuve de concept     ☐ Prototype</w:t>
            </w:r>
          </w:p>
          <w:p w14:paraId="2EF3E21C" w14:textId="77777777" w:rsidR="006D11FB" w:rsidRDefault="00936D8B">
            <w:pPr>
              <w:spacing w:after="0"/>
            </w:pPr>
            <w:r>
              <w:rPr>
                <w:rFonts w:cs="Arial"/>
                <w:szCs w:val="19"/>
                <w:lang w:val="fr-FR"/>
              </w:rPr>
              <w:t>☐ Démonstrateur            ☐ Déployé / commercialisé</w:t>
            </w:r>
          </w:p>
        </w:tc>
        <w:tc>
          <w:tcPr>
            <w:tcW w:w="5155" w:type="dxa"/>
            <w:gridSpan w:val="2"/>
            <w:tcBorders>
              <w:top w:val="single" w:sz="6" w:space="0" w:color="D9D9D9"/>
              <w:left w:val="single" w:sz="6" w:space="0" w:color="D9D9D9"/>
              <w:bottom w:val="single" w:sz="6" w:space="0" w:color="D9D9D9"/>
              <w:right w:val="single" w:sz="6" w:space="0" w:color="D9D9D9"/>
            </w:tcBorders>
            <w:tcMar>
              <w:top w:w="100" w:type="dxa"/>
              <w:left w:w="140" w:type="dxa"/>
              <w:bottom w:w="100" w:type="dxa"/>
              <w:right w:w="100" w:type="dxa"/>
            </w:tcMar>
          </w:tcPr>
          <w:p w14:paraId="5D3612E7" w14:textId="77777777" w:rsidR="006D11FB" w:rsidRPr="00241FDD" w:rsidRDefault="00936D8B">
            <w:pPr>
              <w:spacing w:after="50"/>
              <w:rPr>
                <w:lang w:val="fr-FR"/>
              </w:rPr>
            </w:pPr>
            <w:r>
              <w:rPr>
                <w:rFonts w:cs="Arial"/>
                <w:b/>
                <w:bCs/>
                <w:color w:val="365F91"/>
                <w:sz w:val="17"/>
                <w:szCs w:val="17"/>
                <w:lang w:val="fr-FR"/>
              </w:rPr>
              <w:t>PERSPECTIVES</w:t>
            </w:r>
          </w:p>
          <w:p w14:paraId="7E8013BC" w14:textId="77777777" w:rsidR="006D11FB" w:rsidRPr="00241FDD" w:rsidRDefault="00936D8B">
            <w:pPr>
              <w:spacing w:after="30"/>
              <w:rPr>
                <w:lang w:val="fr-FR"/>
              </w:rPr>
            </w:pPr>
            <w:r>
              <w:rPr>
                <w:rFonts w:cs="Arial"/>
                <w:i/>
                <w:iCs/>
                <w:color w:val="7F7F7F"/>
                <w:szCs w:val="19"/>
                <w:lang w:val="fr-FR"/>
              </w:rPr>
              <w:t>[Prochaines étapes, déploiements envisagés, besoins de nouveaux partenaires…]</w:t>
            </w:r>
          </w:p>
        </w:tc>
      </w:tr>
      <w:tr w:rsidR="006D11FB" w:rsidRPr="00DB200B" w14:paraId="6906CF7F" w14:textId="77777777">
        <w:trPr>
          <w:cantSplit/>
          <w:trHeight w:val="1300"/>
        </w:trPr>
        <w:tc>
          <w:tcPr>
            <w:tcW w:w="3438" w:type="dxa"/>
            <w:tcBorders>
              <w:top w:val="single" w:sz="6" w:space="0" w:color="D9D9D9"/>
              <w:left w:val="single" w:sz="6" w:space="0" w:color="D9D9D9"/>
              <w:bottom w:val="single" w:sz="6" w:space="0" w:color="D9D9D9"/>
              <w:right w:val="single" w:sz="6" w:space="0" w:color="D9D9D9"/>
            </w:tcBorders>
            <w:tcMar>
              <w:top w:w="100" w:type="dxa"/>
              <w:left w:w="140" w:type="dxa"/>
              <w:bottom w:w="100" w:type="dxa"/>
              <w:right w:w="100" w:type="dxa"/>
            </w:tcMar>
          </w:tcPr>
          <w:p w14:paraId="25636E1B" w14:textId="77777777" w:rsidR="006D11FB" w:rsidRPr="00241FDD" w:rsidRDefault="00936D8B">
            <w:pPr>
              <w:spacing w:after="50"/>
              <w:rPr>
                <w:lang w:val="fr-FR"/>
              </w:rPr>
            </w:pPr>
            <w:r>
              <w:rPr>
                <w:rFonts w:cs="Arial"/>
                <w:b/>
                <w:bCs/>
                <w:color w:val="365F91"/>
                <w:sz w:val="17"/>
                <w:szCs w:val="17"/>
                <w:lang w:val="fr-FR"/>
              </w:rPr>
              <w:t>PARTENAIRES</w:t>
            </w:r>
          </w:p>
          <w:p w14:paraId="7283C4CB" w14:textId="77777777" w:rsidR="006D11FB" w:rsidRPr="00241FDD" w:rsidRDefault="00936D8B">
            <w:pPr>
              <w:spacing w:after="30"/>
              <w:rPr>
                <w:lang w:val="fr-FR"/>
              </w:rPr>
            </w:pPr>
            <w:r>
              <w:rPr>
                <w:rFonts w:cs="Arial"/>
                <w:i/>
                <w:iCs/>
                <w:color w:val="7F7F7F"/>
                <w:szCs w:val="19"/>
                <w:lang w:val="fr-FR"/>
              </w:rPr>
              <w:t>[</w:t>
            </w:r>
            <w:proofErr w:type="gramStart"/>
            <w:r>
              <w:rPr>
                <w:rFonts w:cs="Arial"/>
                <w:i/>
                <w:iCs/>
                <w:color w:val="7F7F7F"/>
                <w:szCs w:val="19"/>
                <w:lang w:val="fr-FR"/>
              </w:rPr>
              <w:t>logos</w:t>
            </w:r>
            <w:proofErr w:type="gramEnd"/>
            <w:r>
              <w:rPr>
                <w:rFonts w:cs="Arial"/>
                <w:i/>
                <w:iCs/>
                <w:color w:val="7F7F7F"/>
                <w:szCs w:val="19"/>
                <w:lang w:val="fr-FR"/>
              </w:rPr>
              <w:t xml:space="preserve"> ou noms des partenaires]</w:t>
            </w:r>
          </w:p>
        </w:tc>
        <w:tc>
          <w:tcPr>
            <w:tcW w:w="3438" w:type="dxa"/>
            <w:gridSpan w:val="2"/>
            <w:tcBorders>
              <w:top w:val="single" w:sz="6" w:space="0" w:color="D9D9D9"/>
              <w:left w:val="single" w:sz="6" w:space="0" w:color="D9D9D9"/>
              <w:bottom w:val="single" w:sz="6" w:space="0" w:color="D9D9D9"/>
              <w:right w:val="single" w:sz="6" w:space="0" w:color="D9D9D9"/>
            </w:tcBorders>
            <w:tcMar>
              <w:top w:w="100" w:type="dxa"/>
              <w:left w:w="140" w:type="dxa"/>
              <w:bottom w:w="100" w:type="dxa"/>
              <w:right w:w="100" w:type="dxa"/>
            </w:tcMar>
          </w:tcPr>
          <w:p w14:paraId="4421886C" w14:textId="77777777" w:rsidR="006D11FB" w:rsidRPr="00241FDD" w:rsidRDefault="00936D8B">
            <w:pPr>
              <w:spacing w:after="50"/>
              <w:rPr>
                <w:lang w:val="fr-FR"/>
              </w:rPr>
            </w:pPr>
            <w:r>
              <w:rPr>
                <w:rFonts w:cs="Arial"/>
                <w:b/>
                <w:bCs/>
                <w:color w:val="365F91"/>
                <w:sz w:val="17"/>
                <w:szCs w:val="17"/>
                <w:lang w:val="fr-FR"/>
              </w:rPr>
              <w:t>LABORATOIRE / CONTACT</w:t>
            </w:r>
          </w:p>
          <w:p w14:paraId="557B67A2" w14:textId="77777777" w:rsidR="006D11FB" w:rsidRPr="00241FDD" w:rsidRDefault="00936D8B">
            <w:pPr>
              <w:spacing w:after="30"/>
              <w:rPr>
                <w:lang w:val="fr-FR"/>
              </w:rPr>
            </w:pPr>
            <w:r>
              <w:rPr>
                <w:rFonts w:cs="Arial"/>
                <w:i/>
                <w:iCs/>
                <w:color w:val="7F7F7F"/>
                <w:szCs w:val="19"/>
                <w:lang w:val="fr-FR"/>
              </w:rPr>
              <w:t>[</w:t>
            </w:r>
            <w:proofErr w:type="gramStart"/>
            <w:r>
              <w:rPr>
                <w:rFonts w:cs="Arial"/>
                <w:i/>
                <w:iCs/>
                <w:color w:val="7F7F7F"/>
                <w:szCs w:val="19"/>
                <w:lang w:val="fr-FR"/>
              </w:rPr>
              <w:t>structure</w:t>
            </w:r>
            <w:proofErr w:type="gramEnd"/>
            <w:r>
              <w:rPr>
                <w:rFonts w:cs="Arial"/>
                <w:i/>
                <w:iCs/>
                <w:color w:val="7F7F7F"/>
                <w:szCs w:val="19"/>
                <w:lang w:val="fr-FR"/>
              </w:rPr>
              <w:t xml:space="preserve"> porteuse, nom, </w:t>
            </w:r>
            <w:proofErr w:type="gramStart"/>
            <w:r>
              <w:rPr>
                <w:rFonts w:cs="Arial"/>
                <w:i/>
                <w:iCs/>
                <w:color w:val="7F7F7F"/>
                <w:szCs w:val="19"/>
                <w:lang w:val="fr-FR"/>
              </w:rPr>
              <w:t>e-mail</w:t>
            </w:r>
            <w:proofErr w:type="gramEnd"/>
            <w:r>
              <w:rPr>
                <w:rFonts w:cs="Arial"/>
                <w:i/>
                <w:iCs/>
                <w:color w:val="7F7F7F"/>
                <w:szCs w:val="19"/>
                <w:lang w:val="fr-FR"/>
              </w:rPr>
              <w:t>]</w:t>
            </w:r>
          </w:p>
        </w:tc>
        <w:tc>
          <w:tcPr>
            <w:tcW w:w="3436" w:type="dxa"/>
            <w:tcBorders>
              <w:top w:val="single" w:sz="6" w:space="0" w:color="D9D9D9"/>
              <w:left w:val="single" w:sz="6" w:space="0" w:color="D9D9D9"/>
              <w:bottom w:val="single" w:sz="6" w:space="0" w:color="D9D9D9"/>
              <w:right w:val="single" w:sz="6" w:space="0" w:color="D9D9D9"/>
            </w:tcBorders>
            <w:tcMar>
              <w:top w:w="100" w:type="dxa"/>
              <w:left w:w="140" w:type="dxa"/>
              <w:bottom w:w="100" w:type="dxa"/>
              <w:right w:w="100" w:type="dxa"/>
            </w:tcMar>
          </w:tcPr>
          <w:p w14:paraId="7A4387DE" w14:textId="77777777" w:rsidR="006D11FB" w:rsidRPr="00241FDD" w:rsidRDefault="00936D8B">
            <w:pPr>
              <w:spacing w:after="50"/>
              <w:rPr>
                <w:lang w:val="fr-FR"/>
              </w:rPr>
            </w:pPr>
            <w:r>
              <w:rPr>
                <w:rFonts w:cs="Arial"/>
                <w:b/>
                <w:bCs/>
                <w:color w:val="365F91"/>
                <w:sz w:val="17"/>
                <w:szCs w:val="17"/>
                <w:lang w:val="fr-FR"/>
              </w:rPr>
              <w:t>EN SAVOIR PLUS</w:t>
            </w:r>
          </w:p>
          <w:p w14:paraId="0BC03D92" w14:textId="77777777" w:rsidR="006D11FB" w:rsidRPr="00241FDD" w:rsidRDefault="00936D8B">
            <w:pPr>
              <w:spacing w:after="30"/>
              <w:rPr>
                <w:lang w:val="fr-FR"/>
              </w:rPr>
            </w:pPr>
            <w:r>
              <w:rPr>
                <w:rFonts w:cs="Arial"/>
                <w:i/>
                <w:iCs/>
                <w:color w:val="7F7F7F"/>
                <w:szCs w:val="19"/>
                <w:lang w:val="fr-FR"/>
              </w:rPr>
              <w:t>[QR code ou lien : vidéo, démonstrateur, publications…]</w:t>
            </w:r>
          </w:p>
        </w:tc>
      </w:tr>
      <w:tr w:rsidR="006D11FB" w:rsidRPr="00DB200B" w14:paraId="21891347" w14:textId="77777777">
        <w:trPr>
          <w:cantSplit/>
        </w:trPr>
        <w:tc>
          <w:tcPr>
            <w:tcW w:w="10312" w:type="dxa"/>
            <w:gridSpan w:val="4"/>
            <w:tcBorders>
              <w:top w:val="nil"/>
              <w:left w:val="nil"/>
              <w:bottom w:val="nil"/>
              <w:right w:val="nil"/>
            </w:tcBorders>
            <w:shd w:val="clear" w:color="auto" w:fill="EAF1FB"/>
            <w:tcMar>
              <w:top w:w="80" w:type="dxa"/>
              <w:left w:w="160" w:type="dxa"/>
              <w:bottom w:w="80" w:type="dxa"/>
              <w:right w:w="160" w:type="dxa"/>
            </w:tcMar>
            <w:vAlign w:val="center"/>
          </w:tcPr>
          <w:p w14:paraId="45532396" w14:textId="77777777" w:rsidR="006D11FB" w:rsidRPr="00241FDD" w:rsidRDefault="00936D8B">
            <w:pPr>
              <w:spacing w:after="0"/>
              <w:rPr>
                <w:lang w:val="fr-FR"/>
              </w:rPr>
            </w:pPr>
            <w:r>
              <w:rPr>
                <w:rFonts w:cs="Arial"/>
                <w:b/>
                <w:bCs/>
                <w:color w:val="365F91"/>
                <w:sz w:val="17"/>
                <w:szCs w:val="17"/>
                <w:lang w:val="fr-FR"/>
              </w:rPr>
              <w:t xml:space="preserve">Catégorie(s) visée(s) : </w:t>
            </w:r>
            <w:r>
              <w:rPr>
                <w:rFonts w:cs="Arial"/>
                <w:i/>
                <w:iCs/>
                <w:color w:val="7F7F7F"/>
                <w:sz w:val="17"/>
                <w:szCs w:val="17"/>
                <w:lang w:val="fr-FR"/>
              </w:rPr>
              <w:t>[à reprendre de la section 5]</w:t>
            </w:r>
            <w:r>
              <w:rPr>
                <w:rFonts w:cs="Arial"/>
                <w:i/>
                <w:iCs/>
                <w:color w:val="7F7F7F"/>
                <w:sz w:val="16"/>
                <w:szCs w:val="16"/>
                <w:lang w:val="fr-FR"/>
              </w:rPr>
              <w:t xml:space="preserve">     Cette fiche sera reprise telle quelle dans le catalogue et lors de la cérémonie.</w:t>
            </w:r>
          </w:p>
        </w:tc>
      </w:tr>
    </w:tbl>
    <w:p w14:paraId="22B53FD8" w14:textId="77777777" w:rsidR="006D11FB" w:rsidRPr="00241FDD" w:rsidRDefault="006D11FB">
      <w:pPr>
        <w:spacing w:after="0"/>
        <w:rPr>
          <w:lang w:val="fr-FR"/>
        </w:rPr>
      </w:pPr>
    </w:p>
    <w:sectPr w:rsidR="006D11FB" w:rsidRPr="00241FDD" w:rsidSect="004E708E">
      <w:footerReference w:type="default" r:id="rId11"/>
      <w:footerReference w:type="first" r:id="rId12"/>
      <w:pgSz w:w="12240" w:h="15840"/>
      <w:pgMar w:top="850" w:right="964" w:bottom="850" w:left="9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5B13" w14:textId="77777777" w:rsidR="00654565" w:rsidRDefault="00654565">
      <w:pPr>
        <w:spacing w:after="0" w:line="240" w:lineRule="auto"/>
      </w:pPr>
      <w:r>
        <w:separator/>
      </w:r>
    </w:p>
  </w:endnote>
  <w:endnote w:type="continuationSeparator" w:id="0">
    <w:p w14:paraId="0D215734" w14:textId="77777777" w:rsidR="00654565" w:rsidRDefault="0065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8E24" w14:textId="11203182" w:rsidR="003C17BD" w:rsidRDefault="00B10084">
    <w:pPr>
      <w:pStyle w:val="Pieddepage"/>
      <w:jc w:val="center"/>
      <w:rPr>
        <w:sz w:val="16"/>
        <w:lang w:val="fr-FR"/>
      </w:rPr>
    </w:pPr>
    <w:r w:rsidRPr="00046DA6">
      <w:rPr>
        <w:sz w:val="16"/>
        <w:lang w:val="fr-FR"/>
      </w:rPr>
      <w:t>Les GUSTAVE de l’Innovation – Dossier de candidature</w:t>
    </w:r>
  </w:p>
  <w:p w14:paraId="1B181209" w14:textId="39E5284D" w:rsidR="00FE3880" w:rsidRDefault="00FE3880">
    <w:pPr>
      <w:pStyle w:val="Pieddepage"/>
      <w:jc w:val="center"/>
      <w:rPr>
        <w:lang w:val="fr-FR"/>
      </w:rPr>
    </w:pPr>
  </w:p>
  <w:sdt>
    <w:sdtPr>
      <w:id w:val="1728636285"/>
      <w:docPartObj>
        <w:docPartGallery w:val="Page Numbers (Top of Page)"/>
        <w:docPartUnique/>
      </w:docPartObj>
    </w:sdtPr>
    <w:sdtEndPr/>
    <w:sdtContent>
      <w:p w14:paraId="2747E751" w14:textId="44EC6F6F" w:rsidR="00FE3880" w:rsidRPr="00FE3880" w:rsidRDefault="00FE3880" w:rsidP="00FE3880">
        <w:pPr>
          <w:pStyle w:val="Pieddepage"/>
          <w:jc w:val="center"/>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5</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5</w:t>
        </w:r>
        <w:r>
          <w:rPr>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585A" w14:textId="77777777" w:rsidR="00FE3880" w:rsidRDefault="00FE3880" w:rsidP="00FE3880">
    <w:pPr>
      <w:pStyle w:val="Pieddepage"/>
      <w:jc w:val="center"/>
      <w:rPr>
        <w:sz w:val="16"/>
        <w:lang w:val="fr-FR"/>
      </w:rPr>
    </w:pPr>
    <w:r w:rsidRPr="00046DA6">
      <w:rPr>
        <w:sz w:val="16"/>
        <w:lang w:val="fr-FR"/>
      </w:rPr>
      <w:t>Les GUSTAVE de l’Innovation – Dossier de candidature</w:t>
    </w:r>
  </w:p>
  <w:p w14:paraId="6EB23834" w14:textId="77777777" w:rsidR="00FE3880" w:rsidRDefault="00FE3880" w:rsidP="00FE3880">
    <w:pPr>
      <w:pStyle w:val="Pieddepage"/>
      <w:jc w:val="center"/>
      <w:rPr>
        <w:lang w:val="fr-FR"/>
      </w:rPr>
    </w:pPr>
  </w:p>
  <w:sdt>
    <w:sdtPr>
      <w:id w:val="1622038822"/>
      <w:docPartObj>
        <w:docPartGallery w:val="Page Numbers (Top of Page)"/>
        <w:docPartUnique/>
      </w:docPartObj>
    </w:sdtPr>
    <w:sdtEndPr/>
    <w:sdtContent>
      <w:p w14:paraId="6C130299" w14:textId="462315FB" w:rsidR="00FE3880" w:rsidRDefault="00FE3880" w:rsidP="00FE3880">
        <w:pPr>
          <w:pStyle w:val="Pieddepage"/>
          <w:jc w:val="center"/>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5</w:t>
        </w:r>
        <w:r>
          <w:rPr>
            <w:b/>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03B8A" w14:textId="77777777" w:rsidR="00654565" w:rsidRDefault="00654565">
      <w:pPr>
        <w:spacing w:after="0" w:line="240" w:lineRule="auto"/>
      </w:pPr>
      <w:r>
        <w:separator/>
      </w:r>
    </w:p>
  </w:footnote>
  <w:footnote w:type="continuationSeparator" w:id="0">
    <w:p w14:paraId="6F2C7705" w14:textId="77777777" w:rsidR="00654565" w:rsidRDefault="006545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5074875">
    <w:abstractNumId w:val="8"/>
  </w:num>
  <w:num w:numId="2" w16cid:durableId="1525827438">
    <w:abstractNumId w:val="6"/>
  </w:num>
  <w:num w:numId="3" w16cid:durableId="1133909292">
    <w:abstractNumId w:val="5"/>
  </w:num>
  <w:num w:numId="4" w16cid:durableId="2046172906">
    <w:abstractNumId w:val="4"/>
  </w:num>
  <w:num w:numId="5" w16cid:durableId="1425955136">
    <w:abstractNumId w:val="7"/>
  </w:num>
  <w:num w:numId="6" w16cid:durableId="2081559490">
    <w:abstractNumId w:val="3"/>
  </w:num>
  <w:num w:numId="7" w16cid:durableId="2077316557">
    <w:abstractNumId w:val="2"/>
  </w:num>
  <w:num w:numId="8" w16cid:durableId="1931159983">
    <w:abstractNumId w:val="1"/>
  </w:num>
  <w:num w:numId="9" w16cid:durableId="113883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9AA"/>
    <w:rsid w:val="00034616"/>
    <w:rsid w:val="00046DA6"/>
    <w:rsid w:val="0006063C"/>
    <w:rsid w:val="000637E1"/>
    <w:rsid w:val="000941B4"/>
    <w:rsid w:val="000D5C9A"/>
    <w:rsid w:val="00103E94"/>
    <w:rsid w:val="0015074B"/>
    <w:rsid w:val="0017515A"/>
    <w:rsid w:val="001A681C"/>
    <w:rsid w:val="00222EC3"/>
    <w:rsid w:val="00241FDD"/>
    <w:rsid w:val="00253987"/>
    <w:rsid w:val="00260740"/>
    <w:rsid w:val="0029639D"/>
    <w:rsid w:val="002F147C"/>
    <w:rsid w:val="00326F90"/>
    <w:rsid w:val="003C17BD"/>
    <w:rsid w:val="004154D2"/>
    <w:rsid w:val="00446820"/>
    <w:rsid w:val="00446836"/>
    <w:rsid w:val="004E708E"/>
    <w:rsid w:val="00550C76"/>
    <w:rsid w:val="00654565"/>
    <w:rsid w:val="006D11FB"/>
    <w:rsid w:val="006D6236"/>
    <w:rsid w:val="00826E99"/>
    <w:rsid w:val="008745FB"/>
    <w:rsid w:val="008808A7"/>
    <w:rsid w:val="00933367"/>
    <w:rsid w:val="00936D8B"/>
    <w:rsid w:val="009F05B7"/>
    <w:rsid w:val="00AA1D8D"/>
    <w:rsid w:val="00B10084"/>
    <w:rsid w:val="00B47730"/>
    <w:rsid w:val="00C40BEB"/>
    <w:rsid w:val="00CB0664"/>
    <w:rsid w:val="00DB200B"/>
    <w:rsid w:val="00E64EA9"/>
    <w:rsid w:val="00E652BF"/>
    <w:rsid w:val="00F6232F"/>
    <w:rsid w:val="00FC693F"/>
    <w:rsid w:val="00FE3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66CC85"/>
  <w14:defaultImageDpi w14:val="330"/>
  <w15:docId w15:val="{16161DA7-9CD6-4E5D-A680-FDB45BED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41FDD"/>
    <w:rPr>
      <w:color w:val="0000FF" w:themeColor="hyperlink"/>
      <w:u w:val="single"/>
    </w:rPr>
  </w:style>
  <w:style w:type="character" w:styleId="Mentionnonrsolue">
    <w:name w:val="Unresolved Mention"/>
    <w:basedOn w:val="Policepardfaut"/>
    <w:uiPriority w:val="99"/>
    <w:semiHidden/>
    <w:unhideWhenUsed/>
    <w:rsid w:val="00241FDD"/>
    <w:rPr>
      <w:color w:val="605E5C"/>
      <w:shd w:val="clear" w:color="auto" w:fill="E1DFDD"/>
    </w:rPr>
  </w:style>
  <w:style w:type="character" w:styleId="Textedelespacerserv">
    <w:name w:val="Placeholder Text"/>
    <w:basedOn w:val="Policepardfaut"/>
    <w:uiPriority w:val="99"/>
    <w:semiHidden/>
    <w:rsid w:val="008808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6679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rie.tranier@univ-eiffel.fr" TargetMode="External"/><Relationship Id="rId4" Type="http://schemas.openxmlformats.org/officeDocument/2006/relationships/settings" Target="settings.xml"/><Relationship Id="rId9" Type="http://schemas.openxmlformats.org/officeDocument/2006/relationships/hyperlink" Target="mailto:marie.tranier@univ-eiffel.f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428DA-3A28-4AED-BFE2-49CEBBD7E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8068</Characters>
  <Application>Microsoft Office Word</Application>
  <DocSecurity>4</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Caroline Pontifice</cp:lastModifiedBy>
  <cp:revision>2</cp:revision>
  <dcterms:created xsi:type="dcterms:W3CDTF">2026-10-27T17:53:00Z</dcterms:created>
  <dcterms:modified xsi:type="dcterms:W3CDTF">2026-10-27T17:53:00Z</dcterms:modified>
  <cp:category/>
</cp:coreProperties>
</file>